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docProps/core.xml" ContentType="application/vnd.openxmlformats-package.core-properties+xml"/>
  <Override PartName="/word/theme/theme1.xml" ContentType="application/vnd.openxmlformats-officedocument.theme+xml"/>
  <Override PartName="/word/styles.xml" ContentType="application/vnd.openxmlformats-officedocument.wordprocessingml.styl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xmlns:w14="http://schemas.microsoft.com/office/word/2010/wordml" xmlns:mc="http://schemas.openxmlformats.org/markup-compatibility/2006" mc:Ignorable="w14">
  <w:body>
    <w:p w14:paraId="78DF9E39">
      <w:pPr>
        <w:spacing w:before="0" w:after="120" w:line="384" w:lineRule="auto"/>
        <w:jc w:val="center"/>
      </w:pPr>
      <w:r>
        <w:rPr>
          <w:rFonts w:hint="eastAsia" w:ascii="SimSun" w:hAnsi="SimSun" w:eastAsia="SimSun" w:cs="SimSun"/>
          <w:b w:val="1"/>
          <w:sz w:val="44"/>
          <w:lang w:eastAsia="zh-CN"/>
        </w:rPr>
        <w:t>承诺书</w:t>
      </w:r>
    </w:p>
    <w:p w14:paraId="36F5D964">
      <w:pPr>
        <w:spacing w:before="0" w:after="440" w:line="360" w:lineRule="auto"/>
        <w:jc w:val="center"/>
      </w:pPr>
      <w:r>
        <w:rPr>
          <w:rFonts w:hint="eastAsia" w:ascii="SimSun" w:hAnsi="SimSun" w:eastAsia="SimSun" w:cs="SimSun"/>
          <w:sz w:val="21"/>
          <w:lang w:eastAsia="zh-CN"/>
        </w:rPr>
        <w:t>（</w:t>
      </w:r>
      <w:r>
        <w:rPr>
          <w:rFonts w:ascii="SimSun" w:hAnsi="SimSun"/>
          <w:sz w:val="21"/>
        </w:rPr>
        <w:t>2026</w:t>
      </w:r>
      <w:r>
        <w:rPr>
          <w:rFonts w:hint="eastAsia" w:ascii="SimSun" w:hAnsi="SimSun" w:eastAsia="SimSun" w:cs="SimSun"/>
          <w:sz w:val="21"/>
          <w:lang w:eastAsia="zh-CN"/>
        </w:rPr>
        <w:t>年度研究生国家奖学金申报）</w:t>
      </w:r>
    </w:p>
    <w:p w14:paraId="7E4BCAD6">
      <w:pPr>
        <w:spacing w:before="0" w:after="120" w:line="420" w:lineRule="auto"/>
        <w:ind w:firstLine="480"/>
      </w:pPr>
      <w:r>
        <w:rPr>
          <w:rFonts w:hint="eastAsia" w:ascii="SimSun" w:hAnsi="SimSun" w:eastAsia="SimSun" w:cs="SimSun"/>
          <w:sz w:val="24"/>
          <w:lang w:eastAsia="zh-CN"/>
        </w:rPr>
        <w:t>本人　　　　　　（姓名）系</w:t>
      </w:r>
      <w:r>
        <w:rPr>
          <w:rFonts w:hint="eastAsia" w:ascii="SimSun" w:hAnsi="SimSun" w:eastAsia="SimSun" w:cs="SimSun"/>
          <w:sz w:val="24"/>
          <w:lang w:eastAsia="zh-CN"/>
        </w:rPr>
        <w:t>中国科学技术大学管理学院　　　级　　　　　　专业全日制（学术型硕士研究生／博士研究生），学号　　　　　　　　　　，现申请</w:t>
      </w:r>
      <w:r>
        <w:rPr>
          <w:rFonts w:ascii="SimSun" w:hAnsi="SimSun"/>
          <w:sz w:val="24"/>
        </w:rPr>
        <w:t>2026</w:t>
      </w:r>
      <w:r>
        <w:rPr>
          <w:rFonts w:hint="eastAsia" w:ascii="SimSun" w:hAnsi="SimSun" w:eastAsia="SimSun" w:cs="SimSun"/>
          <w:sz w:val="24"/>
          <w:lang w:eastAsia="zh-CN"/>
        </w:rPr>
        <w:t>年度研究生国家奖学金。根据《管理学院关于开展</w:t>
      </w:r>
      <w:r>
        <w:rPr>
          <w:rFonts w:ascii="SimSun" w:hAnsi="SimSun"/>
          <w:sz w:val="24"/>
        </w:rPr>
        <w:t>2026</w:t>
      </w:r>
      <w:r>
        <w:rPr>
          <w:rFonts w:hint="eastAsia" w:ascii="SimSun" w:hAnsi="SimSun" w:eastAsia="SimSun" w:cs="SimSun"/>
          <w:sz w:val="24"/>
          <w:lang w:eastAsia="zh-CN"/>
        </w:rPr>
        <w:t>年度研究生国家奖学金评选工作的通知》和《中国科学技术大学研究生国家奖学金评审实施办法》（研字〔</w:t>
      </w:r>
      <w:r>
        <w:rPr>
          <w:rFonts w:ascii="SimSun" w:hAnsi="SimSun"/>
          <w:sz w:val="24"/>
        </w:rPr>
        <w:t>2021</w:t>
      </w:r>
      <w:r>
        <w:rPr>
          <w:rFonts w:hint="eastAsia" w:ascii="SimSun" w:hAnsi="SimSun" w:eastAsia="SimSun" w:cs="SimSun"/>
          <w:sz w:val="24"/>
          <w:lang w:eastAsia="zh-CN"/>
        </w:rPr>
        <w:t>〕</w:t>
      </w:r>
      <w:r>
        <w:rPr>
          <w:rFonts w:ascii="SimSun" w:hAnsi="SimSun"/>
          <w:sz w:val="24"/>
        </w:rPr>
        <w:t>23</w:t>
      </w:r>
      <w:r>
        <w:rPr>
          <w:rFonts w:hint="eastAsia" w:ascii="SimSun" w:hAnsi="SimSun" w:eastAsia="SimSun" w:cs="SimSun"/>
          <w:sz w:val="24"/>
          <w:lang w:eastAsia="zh-CN"/>
        </w:rPr>
        <w:t>号）的有关规定，本人就申报资格及申报材料的真实性、合规性郑重承诺如下：</w:t>
      </w:r>
    </w:p>
    <w:p w14:paraId="330079C3">
      <w:pPr>
        <w:spacing w:before="0" w:after="120" w:line="420" w:lineRule="auto"/>
        <w:ind w:firstLine="480"/>
      </w:pPr>
      <w:r>
        <w:rPr>
          <w:rFonts w:hint="eastAsia" w:ascii="SimSun" w:hAnsi="SimSun" w:eastAsia="SimSun" w:cs="SimSun"/>
          <w:sz w:val="24"/>
          <w:lang w:eastAsia="zh-CN"/>
        </w:rPr>
        <w:t>一、本人符合本次评选对象条件的各项规定</w:t>
      </w:r>
      <w:r>
        <w:rPr>
          <w:rFonts w:hint="eastAsia" w:ascii="SimSun" w:hAnsi="SimSun" w:eastAsia="SimSun" w:cs="SimSun"/>
          <w:sz w:val="24"/>
          <w:lang w:eastAsia="zh-CN"/>
        </w:rPr>
        <w:t>；本人不属于</w:t>
      </w:r>
      <w:r>
        <w:rPr>
          <w:rFonts w:ascii="SimSun" w:hAnsi="SimSun"/>
          <w:sz w:val="24"/>
        </w:rPr>
        <w:t>2026</w:t>
      </w:r>
      <w:r>
        <w:rPr>
          <w:rFonts w:hint="eastAsia" w:ascii="SimSun" w:hAnsi="SimSun" w:eastAsia="SimSun" w:cs="SimSun"/>
          <w:sz w:val="24"/>
          <w:lang w:eastAsia="zh-CN"/>
        </w:rPr>
        <w:t>年</w:t>
      </w:r>
      <w:r>
        <w:rPr>
          <w:rFonts w:ascii="SimSun" w:hAnsi="SimSun"/>
          <w:sz w:val="24"/>
        </w:rPr>
        <w:t>10</w:t>
      </w:r>
      <w:r>
        <w:rPr>
          <w:rFonts w:hint="eastAsia" w:ascii="SimSun" w:hAnsi="SimSun" w:eastAsia="SimSun" w:cs="SimSun"/>
          <w:sz w:val="24"/>
          <w:lang w:eastAsia="zh-CN"/>
        </w:rPr>
        <w:t>月批次已毕业研究生，具备本次参评资格；本人系硕博连读研究生的，已按通知规定以相应身份参评。</w:t>
      </w:r>
    </w:p>
    <w:p w14:paraId="787B50C5">
      <w:pPr>
        <w:spacing w:before="0" w:after="120" w:line="420" w:lineRule="auto"/>
        <w:ind w:firstLine="480"/>
      </w:pPr>
      <w:r>
        <w:rPr>
          <w:rFonts w:hint="eastAsia" w:ascii="SimSun" w:hAnsi="SimSun" w:eastAsia="SimSun" w:cs="SimSun"/>
          <w:sz w:val="24"/>
          <w:lang w:eastAsia="zh-CN"/>
        </w:rPr>
        <w:t>二、本人用于本次申报的全部科研成果均真实、有效，未用于获评研究生国家奖学金，不存在重复使用的情形；本人亦未将已用于获评中国科学院院长奖学金的科研成果用于申报本次国家奖学金。</w:t>
      </w:r>
    </w:p>
    <w:p w14:paraId="01DB9239">
      <w:pPr>
        <w:spacing w:before="0" w:after="120" w:line="420" w:lineRule="auto"/>
        <w:ind w:firstLine="480"/>
      </w:pPr>
      <w:r>
        <w:rPr>
          <w:rFonts w:hint="eastAsia" w:ascii="SimSun" w:hAnsi="SimSun" w:eastAsia="SimSun" w:cs="SimSun"/>
          <w:sz w:val="24"/>
          <w:lang w:eastAsia="zh-CN"/>
        </w:rPr>
        <w:t>三、本人自觉遵守评审工作纪律和诚信要求。上述承诺如有弄虚作假、隐瞒或与事实不符的情形，本人自愿接受取消本次国家奖学金申请资格及评审资格等处理，并承担由此产生的一切责任。</w:t>
      </w:r>
    </w:p>
    <w:p w14:paraId="376BDB50">
      <w:pPr>
        <w:spacing w:before="0" w:after="520" w:line="420" w:lineRule="auto"/>
        <w:ind w:firstLine="480"/>
      </w:pPr>
      <w:r>
        <w:rPr>
          <w:rFonts w:hint="eastAsia" w:ascii="SimSun" w:hAnsi="SimSun" w:eastAsia="SimSun" w:cs="SimSun"/>
          <w:sz w:val="24"/>
          <w:lang w:eastAsia="zh-CN"/>
        </w:rPr>
        <w:t>特此承诺。</w:t>
      </w:r>
    </w:p>
    <w:p w14:paraId="57002A34">
      <w:pPr>
        <w:spacing w:before="0" w:after="0" w:line="480" w:lineRule="auto"/>
        <w:jc w:val="right"/>
      </w:pPr>
      <w:r>
        <w:rPr>
          <w:rFonts w:hint="eastAsia" w:ascii="SimSun" w:hAnsi="SimSun" w:eastAsia="SimSun" w:cs="SimSun"/>
          <w:sz w:val="24"/>
          <w:lang w:eastAsia="zh-CN"/>
        </w:rPr>
        <w:t>承诺人（签名）：　　　　　　　　　</w:t>
      </w:r>
    </w:p>
    <w:p w14:paraId="15779098">
      <w:pPr>
        <w:spacing w:before="0" w:after="0" w:line="480" w:lineRule="auto"/>
        <w:jc w:val="right"/>
      </w:pPr>
      <w:r>
        <w:rPr>
          <w:rFonts w:ascii="SimSun" w:hAnsi="SimSun"/>
          <w:sz w:val="24"/>
        </w:rPr>
        <w:t>2026</w:t>
      </w:r>
      <w:r>
        <w:rPr>
          <w:rFonts w:hint="eastAsia" w:ascii="SimSun" w:hAnsi="SimSun" w:eastAsia="SimSun" w:cs="SimSun"/>
          <w:sz w:val="24"/>
          <w:lang w:eastAsia="zh-CN"/>
        </w:rPr>
        <w:t>年　　月　　日　　　　　　　</w:t>
      </w:r>
    </w:p>
    <w:sectPr w:rsidRPr="0006063C" w:rsidR="00FC693F" w:rsidSect="00034616">
      <w:pgSz w:w="11906" w:h="16838"/>
      <w:pgMar w:top="1440" w:right="1797" w:bottom="1440" w:left="1797" w:header="720" w:footer="720" w:gutter="0"/>
      <w:cols w:space="720"/>
      <w:docGrid w:linePitch="360"/>
    </w:sectPr>
  </w:body>
</w:document>
</file>

<file path=word/fontTable.xml><?xml version="1.0" encoding="utf-8"?>
<w:fonts xmlns:w="http://schemas.openxmlformats.org/wordprocessingml/2006/main">
  <w:font w:name="Calibri">
    <w:panose1 w:val="020F0502020204030204"/>
    <w:charset w:val="00" w:characterSet="ISO-8859-1"/>
    <w:family w:val="auto"/>
    <w:pitch w:val="variable"/>
    <w:sig w:usb0="E10002FF" w:usb1="4000ACFF" w:usb2="00000009" w:usb3="00000000" w:csb0="0000019F" w:csb1="00000000"/>
  </w:font>
  <w:font w:name="Cambria">
    <w:panose1 w:val="02040503050406030204"/>
    <w:charset w:val="00" w:characterSet="ISO-8859-1"/>
    <w:family w:val="auto"/>
    <w:pitch w:val="variable"/>
    <w:sig w:usb0="E00002FF" w:usb1="400004FF" w:usb2="00000000" w:usb3="00000000" w:csb0="0000019F" w:csb1="00000000"/>
  </w:font>
  <w:font w:name="ＭＳ ゴシック">
    <w:panose1 w:val="00000000000000000000"/>
    <w:charset w:val="80" w:characterSet="ISO-8859-1"/>
    <w:family w:val="modern"/>
    <w:notTrueType w:val="1"/>
    <w:pitch w:val="fixed"/>
    <w:sig w:usb0="00000001" w:usb1="08070000" w:usb2="00000010" w:usb3="00000000" w:csb0="00020000" w:csb1="00000000"/>
  </w:font>
  <w:font w:name="Courier">
    <w:panose1 w:val="02000500000000000000"/>
    <w:charset w:val="00" w:characterSet="ISO-8859-1"/>
    <w:family w:val="auto"/>
    <w:pitch w:val="variable"/>
    <w:sig w:usb0="00000003" w:usb1="00000000" w:usb2="00000000" w:usb3="00000000" w:csb0="00000001" w:csb1="00000000"/>
  </w:font>
  <w:font w:name="Times New Roman">
    <w:panose1 w:val="02020603050405020304"/>
    <w:charset w:val="00" w:characterSet="ISO-8859-1"/>
    <w:family w:val="auto"/>
    <w:pitch w:val="variable"/>
    <w:sig w:usb0="E0002AFF" w:usb1="C0007841" w:usb2="00000009" w:usb3="00000000" w:csb0="000001FF" w:csb1="00000000"/>
  </w:font>
  <w:font w:name="Symbol">
    <w:panose1 w:val="00000000000000000000"/>
    <w:charset w:val="02" w:characterSet="ISO-8859-1"/>
    <w:family w:val="auto"/>
    <w:pitch w:val="variable"/>
    <w:sig w:usb0="00000000" w:usb1="10000000" w:usb2="00000000" w:usb3="00000000" w:csb0="80000000" w:csb1="00000000"/>
  </w:font>
  <w:font w:name="Arial">
    <w:panose1 w:val="020B0604020202020204"/>
    <w:charset w:val="00" w:characterSet="ISO-8859-1"/>
    <w:family w:val="auto"/>
    <w:pitch w:val="variable"/>
    <w:sig w:usb0="E0002AFF" w:usb1="C0007843" w:usb2="00000009" w:usb3="00000000" w:csb0="000001FF" w:csb1="00000000"/>
  </w:font>
  <w:font w:name="ＭＳ 明朝">
    <w:panose1 w:val="00000000000000000000"/>
    <w:charset w:val="80" w:characterSet="ISO-8859-1"/>
    <w:family w:val="roman"/>
    <w:notTrueType w:val="1"/>
    <w:pitch w:val="fixed"/>
    <w:sig w:usb0="00000001" w:usb1="08070000" w:usb2="00000010" w:usb3="00000000" w:csb0="00020000" w:csb1="00000000"/>
  </w:font>
</w:fonts>
</file>

<file path=word/numbering.xml><?xml version="1.0" encoding="utf-8"?>
<w:numbering xmlns:w="http://schemas.openxmlformats.org/wordprocessingml/2006/main">
  <w:abstractNum w:abstractNumId="0">
    <w:nsid w:val="FFFFFF82"/>
    <w:multiLevelType w:val="singleLevel"/>
    <w:tmpl w:val="F3EAFDEC"/>
    <w:lvl w:ilvl="0">
      <w:start w:val="1"/>
      <w:numFmt w:val="bullet"/>
      <w:pStyle w:val="000030"/>
      <w:lvlText w:val=""/>
      <w:lvlJc w:val="left"/>
      <w:pPr>
        <w:tabs>
          <w:tab w:val="num" w:pos="1080"/>
        </w:tabs>
        <w:ind w:left="1080" w:hanging="360"/>
      </w:pPr>
      <w:rPr>
        <w:rFonts w:hint="default" w:ascii="Symbol" w:hAnsi="Symbol"/>
      </w:rPr>
    </w:lvl>
  </w:abstractNum>
  <w:abstractNum w:abstractNumId="1">
    <w:nsid w:val="FFFFFF7E"/>
    <w:multiLevelType w:val="singleLevel"/>
    <w:tmpl w:val="FB12693A"/>
    <w:lvl w:ilvl="0">
      <w:start w:val="1"/>
      <w:numFmt w:val="decimal"/>
      <w:pStyle w:val="000036"/>
      <w:lvlText w:val="%1."/>
      <w:lvlJc w:val="left"/>
      <w:pPr>
        <w:tabs>
          <w:tab w:val="num" w:pos="1080"/>
        </w:tabs>
        <w:ind w:left="1080" w:hanging="360"/>
      </w:pPr>
    </w:lvl>
  </w:abstractNum>
  <w:abstractNum w:abstractNumId="2">
    <w:nsid w:val="FFFFFF83"/>
    <w:multiLevelType w:val="singleLevel"/>
    <w:tmpl w:val="3D1EFFD4"/>
    <w:lvl w:ilvl="0">
      <w:start w:val="1"/>
      <w:numFmt w:val="bullet"/>
      <w:pStyle w:val="00002e"/>
      <w:lvlText w:val=""/>
      <w:lvlJc w:val="left"/>
      <w:pPr>
        <w:tabs>
          <w:tab w:val="num" w:pos="720"/>
        </w:tabs>
        <w:ind w:left="720" w:hanging="360"/>
      </w:pPr>
      <w:rPr>
        <w:rFonts w:hint="default" w:ascii="Symbol" w:hAnsi="Symbol"/>
      </w:rPr>
    </w:lvl>
  </w:abstractNum>
  <w:abstractNum w:abstractNumId="3">
    <w:nsid w:val="FFFFFF7F"/>
    <w:multiLevelType w:val="singleLevel"/>
    <w:tmpl w:val="38441652"/>
    <w:lvl w:ilvl="0">
      <w:start w:val="1"/>
      <w:numFmt w:val="decimal"/>
      <w:pStyle w:val="000034"/>
      <w:lvlText w:val="%1."/>
      <w:lvlJc w:val="left"/>
      <w:pPr>
        <w:tabs>
          <w:tab w:val="num" w:pos="720"/>
        </w:tabs>
        <w:ind w:left="720" w:hanging="360"/>
      </w:pPr>
    </w:lvl>
  </w:abstractNum>
  <w:abstractNum w:abstractNumId="4">
    <w:nsid w:val="FFFFFF89"/>
    <w:multiLevelType w:val="singleLevel"/>
    <w:tmpl w:val="29761A62"/>
    <w:lvl w:ilvl="0">
      <w:start w:val="1"/>
      <w:numFmt w:val="bullet"/>
      <w:pStyle w:val="00002c"/>
      <w:lvlText w:val=""/>
      <w:lvlJc w:val="left"/>
      <w:pPr>
        <w:tabs>
          <w:tab w:val="num" w:pos="360"/>
        </w:tabs>
        <w:ind w:left="360" w:hanging="360"/>
      </w:pPr>
      <w:rPr>
        <w:rFonts w:hint="default" w:ascii="Symbol" w:hAnsi="Symbol"/>
      </w:rPr>
    </w:lvl>
  </w:abstractNum>
  <w:abstractNum w:abstractNumId="5">
    <w:nsid w:val="FFFFFF88"/>
    <w:multiLevelType w:val="singleLevel"/>
    <w:tmpl w:val="D0A62B40"/>
    <w:lvl w:ilvl="0">
      <w:start w:val="1"/>
      <w:numFmt w:val="decimal"/>
      <w:pStyle w:val="000032"/>
      <w:lvlText w:val="%1."/>
      <w:lvlJc w:val="left"/>
      <w:pPr>
        <w:tabs>
          <w:tab w:val="num" w:pos="360"/>
        </w:tabs>
        <w:ind w:left="360" w:hanging="360"/>
      </w:pPr>
    </w:lvl>
  </w:abstractNum>
  <w:num w:numId="5">
    <w:abstractNumId w:val="3"/>
  </w:num>
  <w:num w:numId="4">
    <w:abstractNumId w:val="1"/>
  </w:num>
  <w:num w:numId="6">
    <w:abstractNumId w:val="5"/>
  </w:num>
  <w:num w:numId="3">
    <w:abstractNumId w:val="2"/>
  </w:num>
  <w:num w:numId="1">
    <w:abstractNumId w:val="4"/>
  </w:num>
  <w:num w:numId="2">
    <w:abstractNumId w:val="0"/>
  </w:num>
</w:numbering>
</file>

<file path=word/settings.xml><?xml version="1.0" encoding="utf-8"?>
<w:settings xmlns:w="http://schemas.openxmlformats.org/wordprocessingml/2006/main">
  <w:zoom w:val="bestFit"/>
  <w:proofState w:spelling="clean" w:grammar="clean"/>
  <w:defaultTabStop w:val="720"/>
  <w:characterSpacingControl w:val="doNotCompress"/>
  <w:savePreviewPicture w:val="1"/>
  <w:updateFields w:val="1"/>
  <w:compat>
    <w:useFELayout w:val="1"/>
    <w:compatSetting w:name="enableOpenTypeFeatures" w:uri="http://schemas.microsoft.com/office/word" w:val="1"/>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val="en-US" w:eastAsia="ja-JP"/>
  <w:clrSchemeMapping w:bg1="light1" w:t1="dark1" w:bg2="light2" w:t2="dark2" w:accent1="accent1" w:accent2="accent2" w:accent3="accent3" w:accent4="accent4" w:accent5="accent5" w:accent6="accent6" w:hyperlink="hyperlink" w:followedHyperlink="followedHyperlink"/>
  <w:doNotAutoCompressPictures w:val="1"/>
  <w:decimalSymbol w:val="."/>
  <w:listSeparator w:val=","/>
</w:settings>
</file>

<file path=word/styles.xml><?xml version="1.0" encoding="utf-8"?>
<w:styles xmlns:w="http://schemas.openxmlformats.org/wordprocessingml/2006/main">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toc 8" w:uiPriority="39"/>
    <w:lsdException w:name="toc 3" w:uiPriority="39"/>
    <w:lsdException w:name="Medium List 2 Accent 6" w:uiPriority="66" w:semiHidden="0" w:unhideWhenUsed="0"/>
    <w:lsdException w:name="toc 5" w:uiPriority="39"/>
    <w:lsdException w:name="Light List Accent 6" w:uiPriority="61" w:semiHidden="0" w:unhideWhenUsed="0"/>
    <w:lsdException w:name="heading 7" w:uiPriority="9" w:qFormat="1"/>
    <w:lsdException w:name="Light List Accent 3" w:uiPriority="61" w:semiHidden="0" w:unhideWhenUsed="0"/>
    <w:lsdException w:name="Medium Shading 1 Accent 3" w:uiPriority="63" w:semiHidden="0" w:unhideWhenUsed="0"/>
    <w:lsdException w:name="Dark List Accent 2" w:uiPriority="70" w:semiHidden="0" w:unhideWhenUsed="0"/>
    <w:lsdException w:name="Normal" w:uiPriority="0" w:semiHidden="0" w:unhideWhenUsed="0" w:qFormat="1"/>
    <w:lsdException w:name="Light List Accent 5" w:uiPriority="61" w:semiHidden="0" w:unhideWhenUsed="0"/>
    <w:lsdException w:name="Intense Emphasis" w:uiPriority="21" w:semiHidden="0" w:unhideWhenUsed="0" w:qFormat="1"/>
    <w:lsdException w:name="Medium Shading 2 Accent 3" w:uiPriority="64" w:semiHidden="0" w:unhideWhenUsed="0"/>
    <w:lsdException w:name="Light Grid Accent 3" w:uiPriority="62" w:semiHidden="0" w:unhideWhenUsed="0"/>
    <w:lsdException w:name="Medium Grid 1 Accent 5" w:uiPriority="67" w:semiHidden="0" w:unhideWhenUsed="0"/>
    <w:lsdException w:name="Light Shading Accent 1" w:uiPriority="60" w:semiHidden="0" w:unhideWhenUsed="0"/>
    <w:lsdException w:name="Colorful List" w:uiPriority="72" w:semiHidden="0" w:unhideWhenUsed="0"/>
    <w:lsdException w:name="Medium Grid 1 Accent 3" w:uiPriority="67" w:semiHidden="0" w:unhideWhenUsed="0"/>
    <w:lsdException w:name="Light Shading Accent 6" w:uiPriority="60" w:semiHidden="0" w:unhideWhenUsed="0"/>
    <w:lsdException w:name="Light Shading Accent 5" w:uiPriority="60" w:semiHidden="0" w:unhideWhenUsed="0"/>
    <w:lsdException w:name="Colorful Grid Accent 5" w:uiPriority="73" w:semiHidden="0" w:unhideWhenUsed="0"/>
    <w:lsdException w:name="Medium Grid 1 Accent 6" w:uiPriority="67" w:semiHidden="0" w:unhideWhenUsed="0"/>
    <w:lsdException w:name="Colorful Shading Accent 6" w:uiPriority="71" w:semiHidden="0" w:unhideWhenUsed="0"/>
    <w:lsdException w:name="Medium List 2 Accent 1" w:uiPriority="66" w:semiHidden="0" w:unhideWhenUsed="0"/>
    <w:lsdException w:name="Title" w:uiPriority="10" w:semiHidden="0" w:unhideWhenUsed="0" w:qFormat="1"/>
    <w:lsdException w:name="Medium List 1" w:uiPriority="65" w:semiHidden="0" w:unhideWhenUsed="0"/>
    <w:lsdException w:name="heading 5" w:uiPriority="9" w:qFormat="1"/>
    <w:lsdException w:name="Quote" w:uiPriority="29" w:semiHidden="0" w:unhideWhenUsed="0" w:qFormat="1"/>
    <w:lsdException w:name="Medium Shading 2 Accent 2" w:uiPriority="64" w:semiHidden="0" w:unhideWhenUsed="0"/>
    <w:lsdException w:name="Medium Grid 1" w:uiPriority="67" w:semiHidden="0" w:unhideWhenUsed="0"/>
    <w:lsdException w:name="Medium Shading 2 Accent 5" w:uiPriority="64" w:semiHidden="0" w:unhideWhenUsed="0"/>
    <w:lsdException w:name="Medium Grid 2 Accent 4" w:uiPriority="68" w:semiHidden="0" w:unhideWhenUsed="0"/>
    <w:lsdException w:name="Medium Grid 3 Accent 1" w:uiPriority="69" w:semiHidden="0" w:unhideWhenUsed="0"/>
    <w:lsdException w:name="Dark List Accent 1" w:uiPriority="70" w:semiHidden="0" w:unhideWhenUsed="0"/>
    <w:lsdException w:name="Medium Grid 2 Accent 6" w:uiPriority="68" w:semiHidden="0" w:unhideWhenUsed="0"/>
    <w:lsdException w:name="Light Grid Accent 4" w:uiPriority="62" w:semiHidden="0" w:unhideWhenUsed="0"/>
    <w:lsdException w:name="Light Grid Accent 6" w:uiPriority="62" w:semiHidden="0" w:unhideWhenUsed="0"/>
    <w:lsdException w:name="Medium Grid 2 Accent 5" w:uiPriority="68" w:semiHidden="0" w:unhideWhenUsed="0"/>
    <w:lsdException w:name="Light Grid Accent 1" w:uiPriority="62" w:semiHidden="0" w:unhideWhenUsed="0"/>
    <w:lsdException w:name="Light Shading Accent 3" w:uiPriority="60" w:semiHidden="0" w:unhideWhenUsed="0"/>
    <w:lsdException w:name="Default Paragraph Font" w:uiPriority="1"/>
    <w:lsdException w:name="Strong" w:uiPriority="22" w:semiHidden="0" w:unhideWhenUsed="0" w:qFormat="1"/>
    <w:lsdException w:name="Table Grid" w:uiPriority="59" w:semiHidden="0" w:unhideWhenUsed="0"/>
    <w:lsdException w:name="Subtle Emphasis" w:uiPriority="19" w:semiHidden="0" w:unhideWhenUsed="0" w:qFormat="1"/>
    <w:lsdException w:name="Medium Grid 1 Accent 1" w:uiPriority="67" w:semiHidden="0" w:unhideWhenUsed="0"/>
    <w:lsdException w:name="Colorful Grid Accent 6" w:uiPriority="73" w:semiHidden="0" w:unhideWhenUsed="0"/>
    <w:lsdException w:name="Medium Shading 1" w:uiPriority="63" w:semiHidden="0" w:unhideWhenUsed="0"/>
    <w:lsdException w:name="Medium List 1 Accent 6" w:uiPriority="65" w:semiHidden="0" w:unhideWhenUsed="0"/>
    <w:lsdException w:name="Colorful Shading Accent 1" w:uiPriority="71" w:semiHidden="0" w:unhideWhenUsed="0"/>
    <w:lsdException w:name="Colorful Grid Accent 1" w:uiPriority="73" w:semiHidden="0" w:unhideWhenUsed="0"/>
    <w:lsdException w:name="Colorful Shading Accent 4" w:uiPriority="71" w:semiHidden="0" w:unhideWhenUsed="0"/>
    <w:lsdException w:name="Medium Shading 1 Accent 6" w:uiPriority="63" w:semiHidden="0" w:unhideWhenUsed="0"/>
    <w:lsdException w:name="Light List" w:uiPriority="61" w:semiHidden="0" w:unhideWhenUsed="0"/>
    <w:lsdException w:name="Colorful Shading Accent 3" w:uiPriority="71" w:semiHidden="0" w:unhideWhenUsed="0"/>
    <w:lsdException w:name="Colorful List Accent 6" w:uiPriority="72" w:semiHidden="0" w:unhideWhenUsed="0"/>
    <w:lsdException w:name="TOC Heading" w:uiPriority="39" w:qFormat="1"/>
    <w:lsdException w:name="Colorful List Accent 1" w:uiPriority="72" w:semiHidden="0" w:unhideWhenUsed="0"/>
    <w:lsdException w:name="Medium List 2" w:uiPriority="66" w:semiHidden="0" w:unhideWhenUsed="0"/>
    <w:lsdException w:name="Medium Grid 2" w:uiPriority="68" w:semiHidden="0" w:unhideWhenUsed="0"/>
    <w:lsdException w:name="Colorful List Accent 5" w:uiPriority="72" w:semiHidden="0" w:unhideWhenUsed="0"/>
    <w:lsdException w:name="Dark List Accent 4" w:uiPriority="70" w:semiHidden="0" w:unhideWhenUsed="0"/>
    <w:lsdException w:name="Dark List" w:uiPriority="70" w:semiHidden="0" w:unhideWhenUsed="0"/>
    <w:lsdException w:name="Medium Shading 2 Accent 4" w:uiPriority="64" w:semiHidden="0" w:unhideWhenUsed="0"/>
    <w:lsdException w:name="Medium Grid 2 Accent 1" w:uiPriority="68" w:semiHidden="0" w:unhideWhenUsed="0"/>
    <w:lsdException w:name="Medium Grid 3 Accent 4" w:uiPriority="69" w:semiHidden="0" w:unhideWhenUsed="0"/>
    <w:lsdException w:name="Medium Grid 3 Accent 3" w:uiPriority="69" w:semiHidden="0" w:unhideWhenUsed="0"/>
    <w:lsdException w:name="Light List Accent 4" w:uiPriority="61" w:semiHidden="0" w:unhideWhenUsed="0"/>
    <w:lsdException w:name="Medium Grid 2 Accent 3" w:uiPriority="68" w:semiHidden="0" w:unhideWhenUsed="0"/>
    <w:lsdException w:name="Revision" w:unhideWhenUsed="0"/>
    <w:lsdException w:name="Light Shading Accent 2" w:uiPriority="60" w:semiHidden="0" w:unhideWhenUsed="0"/>
    <w:lsdException w:name="Colorful Grid Accent 4" w:uiPriority="73" w:semiHidden="0" w:unhideWhenUsed="0"/>
    <w:lsdException w:name="toc 2" w:uiPriority="39"/>
    <w:lsdException w:name="Light Shading Accent 4" w:uiPriority="60" w:semiHidden="0" w:unhideWhenUsed="0"/>
    <w:lsdException w:name="Medium List 1 Accent 3" w:uiPriority="65" w:semiHidden="0" w:unhideWhenUsed="0"/>
    <w:lsdException w:name="Medium List 2 Accent 2" w:uiPriority="66" w:semiHidden="0" w:unhideWhenUsed="0"/>
    <w:lsdException w:name="toc 4" w:uiPriority="39"/>
    <w:lsdException w:name="toc 9" w:uiPriority="39"/>
    <w:lsdException w:name="Colorful Grid Accent 3" w:uiPriority="73" w:semiHidden="0" w:unhideWhenUsed="0"/>
    <w:lsdException w:name="Light List Accent 2" w:uiPriority="61" w:semiHidden="0" w:unhideWhenUsed="0"/>
    <w:lsdException w:name="Placeholder Text" w:unhideWhenUsed="0"/>
    <w:lsdException w:name="Colorful Shading Accent 5" w:uiPriority="71" w:semiHidden="0" w:unhideWhenUsed="0"/>
    <w:lsdException w:name="Colorful Shading Accent 2" w:uiPriority="71" w:semiHidden="0" w:unhideWhenUsed="0"/>
    <w:lsdException w:name="heading 3" w:uiPriority="9" w:qFormat="1"/>
    <w:lsdException w:name="heading 8" w:uiPriority="9" w:qFormat="1"/>
    <w:lsdException w:name="Colorful List Accent 3" w:uiPriority="72" w:semiHidden="0" w:unhideWhenUsed="0"/>
    <w:lsdException w:name="List Paragraph" w:uiPriority="34" w:semiHidden="0" w:unhideWhenUsed="0" w:qFormat="1"/>
    <w:lsdException w:name="Medium Shading 1 Accent 5" w:uiPriority="63" w:semiHidden="0" w:unhideWhenUsed="0"/>
    <w:lsdException w:name="Dark List Accent 3" w:uiPriority="70" w:semiHidden="0" w:unhideWhenUsed="0"/>
    <w:lsdException w:name="Medium Grid 3" w:uiPriority="69" w:semiHidden="0" w:unhideWhenUsed="0"/>
    <w:lsdException w:name="Intense Quote" w:uiPriority="30" w:semiHidden="0" w:unhideWhenUsed="0" w:qFormat="1"/>
    <w:lsdException w:name="Colorful Grid" w:uiPriority="73" w:semiHidden="0" w:unhideWhenUsed="0"/>
    <w:lsdException w:name="Light Grid" w:uiPriority="62" w:semiHidden="0" w:unhideWhenUsed="0"/>
    <w:lsdException w:name="caption" w:uiPriority="35" w:qFormat="1"/>
    <w:lsdException w:name="Medium Grid 1 Accent 4" w:uiPriority="67" w:semiHidden="0" w:unhideWhenUsed="0"/>
    <w:lsdException w:name="Emphasis" w:uiPriority="20" w:semiHidden="0" w:unhideWhenUsed="0" w:qFormat="1"/>
    <w:lsdException w:name="toc 7" w:uiPriority="39"/>
    <w:lsdException w:name="Medium List 1 Accent 2" w:uiPriority="65" w:semiHidden="0" w:unhideWhenUsed="0"/>
    <w:lsdException w:name="Book Title" w:uiPriority="33" w:semiHidden="0" w:unhideWhenUsed="0" w:qFormat="1"/>
    <w:lsdException w:name="Colorful Grid Accent 2" w:uiPriority="73" w:semiHidden="0" w:unhideWhenUsed="0"/>
    <w:lsdException w:name="Medium List 2 Accent 3" w:uiPriority="66" w:semiHidden="0" w:unhideWhenUsed="0"/>
    <w:lsdException w:name="Subtle Reference" w:uiPriority="31" w:semiHidden="0" w:unhideWhenUsed="0" w:qFormat="1"/>
    <w:lsdException w:name="Medium List 2 Accent 4" w:uiPriority="66" w:semiHidden="0" w:unhideWhenUsed="0"/>
    <w:lsdException w:name="Medium Shading 1 Accent 2" w:uiPriority="63" w:semiHidden="0" w:unhideWhenUsed="0"/>
    <w:lsdException w:name="Bibliography" w:uiPriority="37"/>
    <w:lsdException w:name="Medium Shading 1 Accent 1" w:uiPriority="63" w:semiHidden="0" w:unhideWhenUsed="0"/>
    <w:lsdException w:name="Medium List 1 Accent 1" w:uiPriority="65" w:semiHidden="0" w:unhideWhenUsed="0"/>
    <w:lsdException w:name="Medium List 2 Accent 5" w:uiPriority="66" w:semiHidden="0" w:unhideWhenUsed="0"/>
    <w:lsdException w:name="heading 2" w:uiPriority="9" w:qFormat="1"/>
    <w:lsdException w:name="Subtitle" w:uiPriority="11" w:semiHidden="0" w:unhideWhenUsed="0" w:qFormat="1"/>
    <w:lsdException w:name="Colorful List Accent 2" w:uiPriority="72" w:semiHidden="0" w:unhideWhenUsed="0"/>
    <w:lsdException w:name="heading 4" w:uiPriority="9" w:qFormat="1"/>
    <w:lsdException w:name="No Spacing" w:uiPriority="1" w:semiHidden="0" w:unhideWhenUsed="0" w:qFormat="1"/>
    <w:lsdException w:name="heading 9" w:uiPriority="9" w:qFormat="1"/>
    <w:lsdException w:name="Colorful List Accent 4" w:uiPriority="72" w:semiHidden="0" w:unhideWhenUsed="0"/>
    <w:lsdException w:name="Medium Shading 1 Accent 4" w:uiPriority="63" w:semiHidden="0" w:unhideWhenUsed="0"/>
    <w:lsdException w:name="heading 1" w:uiPriority="9" w:semiHidden="0" w:unhideWhenUsed="0" w:qFormat="1"/>
    <w:lsdException w:name="heading 6" w:uiPriority="9" w:qFormat="1"/>
    <w:lsdException w:name="Colorful Shading" w:uiPriority="71" w:semiHidden="0" w:unhideWhenUsed="0"/>
    <w:lsdException w:name="Medium Grid 3 Accent 2" w:uiPriority="69" w:semiHidden="0" w:unhideWhenUsed="0"/>
    <w:lsdException w:name="Dark List Accent 5" w:uiPriority="70" w:semiHidden="0" w:unhideWhenUsed="0"/>
    <w:lsdException w:name="Medium Shading 2 Accent 6" w:uiPriority="64" w:semiHidden="0" w:unhideWhenUsed="0"/>
    <w:lsdException w:name="Dark List Accent 6" w:uiPriority="70" w:semiHidden="0" w:unhideWhenUsed="0"/>
    <w:lsdException w:name="Medium Shading 2 Accent 1" w:uiPriority="64" w:semiHidden="0" w:unhideWhenUsed="0"/>
    <w:lsdException w:name="Medium Grid 3 Accent 5" w:uiPriority="69" w:semiHidden="0" w:unhideWhenUsed="0"/>
    <w:lsdException w:name="Light Shading" w:uiPriority="60" w:semiHidden="0" w:unhideWhenUsed="0"/>
    <w:lsdException w:name="Medium Grid 2 Accent 2" w:uiPriority="68" w:semiHidden="0" w:unhideWhenUsed="0"/>
    <w:lsdException w:name="Medium Grid 3 Accent 6" w:uiPriority="69" w:semiHidden="0" w:unhideWhenUsed="0"/>
    <w:lsdException w:name="Light Grid Accent 2" w:uiPriority="62" w:semiHidden="0" w:unhideWhenUsed="0"/>
    <w:lsdException w:name="Light Grid Accent 5" w:uiPriority="62" w:semiHidden="0" w:unhideWhenUsed="0"/>
    <w:lsdException w:name="Intense Reference" w:uiPriority="32" w:semiHidden="0" w:unhideWhenUsed="0" w:qFormat="1"/>
    <w:lsdException w:name="Medium Grid 1 Accent 2" w:uiPriority="67" w:semiHidden="0" w:unhideWhenUsed="0"/>
    <w:lsdException w:name="Medium List 1 Accent 5" w:uiPriority="65" w:semiHidden="0" w:unhideWhenUsed="0"/>
    <w:lsdException w:name="Medium Shading 2" w:uiPriority="64" w:semiHidden="0" w:unhideWhenUsed="0"/>
    <w:lsdException w:name="toc 6" w:uiPriority="39"/>
    <w:lsdException w:name="toc 1" w:uiPriority="39"/>
    <w:lsdException w:name="Medium List 1 Accent 4" w:uiPriority="65" w:semiHidden="0" w:unhideWhenUsed="0"/>
    <w:lsdException w:name="Light List Accent 1" w:uiPriority="61" w:semiHidden="0" w:unhideWhenUsed="0"/>
  </w:latentStyles>
  <w:style w:type="paragraph" w:styleId="000022">
    <w:name w:val="Body Text"/>
    <w:basedOn w:val="000002"/>
    <w:link w:val="000023"/>
    <w:uiPriority w:val="99"/>
    <w:unhideWhenUsed w:val="1"/>
    <w:rsid w:val="00AA1D8D"/>
    <w:pPr>
      <w:spacing w:after="120"/>
    </w:pPr>
  </w:style>
  <w:style w:type="paragraph" w:styleId="00003c">
    <w:name w:val="Quote"/>
    <w:basedOn w:val="000002"/>
    <w:next w:val="000002"/>
    <w:link w:val="00003d"/>
    <w:uiPriority w:val="29"/>
    <w:qFormat w:val="1"/>
    <w:rsid w:val="00FC693F"/>
    <w:rPr>
      <w:i w:val="1"/>
      <w:iCs w:val="1"/>
      <w:color w:val="000000" w:themeColor="text1"/>
    </w:rPr>
  </w:style>
  <w:style w:type="table" w:styleId="000049">
    <w:name w:val="Table Grid"/>
    <w:basedOn w:val="00001a"/>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0000a6">
    <w:name w:val="Colorful Grid Accent 1"/>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val="1"/>
        <w:bCs w:val="1"/>
      </w:rPr>
      <w:tblPr/>
      <w:tcPr>
        <w:shd w:val="clear" w:color="auto" w:fill="B8CCE4" w:themeFill="accent1" w:themeFillTint="66"/>
      </w:tcPr>
    </w:tblStylePr>
    <w:tblStylePr w:type="lastRow">
      <w:rPr>
        <w:b w:val="1"/>
        <w:bCs w:val="1"/>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lastCol">
      <w:rPr>
        <w:color w:val="FFFFFF" w:themeColor="background1"/>
      </w:rPr>
      <w:tblPr/>
      <w:tcPr>
        <w:shd w:val="clear" w:color="auto" w:fill="365F91" w:themeFill="accent1" w:themeFillShade="BF"/>
      </w:tcPr>
    </w:tblStylePr>
    <w:tblStylePr w:type="band1Horz">
      <w:tblPr/>
      <w:tcPr>
        <w:shd w:val="clear" w:color="auto" w:fill="A7BFDE" w:themeFill="accent1" w:themeFillTint="7F"/>
      </w:tcPr>
    </w:tblStylePr>
  </w:style>
  <w:style w:type="table" w:styleId="0000a0">
    <w:name w:val="Colorful List Accent 2"/>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band1Vert">
      <w:tblPr/>
      <w:tcPr>
        <w:tcBorders>
          <w:top w:val="nil"/>
          <w:left w:val="nil"/>
          <w:bottom w:val="nil"/>
          <w:right w:val="nil"/>
          <w:insideH w:val="nil"/>
          <w:insideV w:val="nil"/>
        </w:tcBorders>
        <w:shd w:val="clear" w:color="auto" w:fill="EFD3D2" w:themeFill="accent2" w:themeFillTint="3F"/>
      </w:tcPr>
    </w:tblStylePr>
    <w:tblStylePr w:type="lastCol">
      <w:rPr>
        <w:b w:val="1"/>
        <w:bCs w:val="1"/>
      </w:r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firstCol">
      <w:rPr>
        <w:b w:val="1"/>
        <w:bCs w:val="1"/>
      </w:rPr>
    </w:tblStylePr>
    <w:tblStylePr w:type="band1Horz">
      <w:tblPr/>
      <w:tcPr>
        <w:shd w:val="clear" w:color="auto" w:fill="F2DBDB" w:themeFill="accent2" w:themeFillTint="33"/>
      </w:tcPr>
    </w:tblStylePr>
  </w:style>
  <w:style w:type="paragraph" w:styleId="00002c">
    <w:name w:val="List Bullet"/>
    <w:basedOn w:val="000002"/>
    <w:uiPriority w:val="99"/>
    <w:unhideWhenUsed w:val="1"/>
    <w:rsid w:val="00326F90"/>
    <w:pPr>
      <w:numPr>
        <w:numId w:val="1"/>
      </w:numPr>
      <w:contextualSpacing w:val="1"/>
    </w:pPr>
  </w:style>
  <w:style w:type="table" w:styleId="000095">
    <w:name w:val="Dark List Accent 5"/>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style>
  <w:style w:type="paragraph" w:styleId="00001f">
    <w:name w:val="Subtitle"/>
    <w:basedOn w:val="000002"/>
    <w:next w:val="000002"/>
    <w:link w:val="000020"/>
    <w:uiPriority w:val="11"/>
    <w:qFormat w:val="1"/>
    <w:rsid w:val="00FC693F"/>
    <w:pPr>
      <w:numPr>
        <w:ilvl w:val="1"/>
      </w:numPr>
    </w:pPr>
    <w:rPr>
      <w:rFonts w:asciiTheme="majorHAnsi" w:hAnsiTheme="majorHAnsi" w:eastAsiaTheme="majorEastAsia" w:cstheme="majorBidi"/>
      <w:i w:val="1"/>
      <w:iCs w:val="1"/>
      <w:color w:val="4F81BD" w:themeColor="accent1"/>
      <w:spacing w:val="15"/>
      <w:sz w:val="24"/>
      <w:szCs w:val="24"/>
    </w:rPr>
  </w:style>
  <w:style w:type="table" w:styleId="00006a">
    <w:name w:val="Medium Shading 2 Accent 4"/>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cPr>
        <w:tcBorders>
          <w:left w:val="nil"/>
          <w:right w:val="nil"/>
          <w:insideH w:val="nil"/>
          <w:insideV w:val="nil"/>
        </w:tcBorders>
        <w:shd w:val="clear" w:color="auto" w:fill="8064A2" w:themeFill="accent4"/>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Horz">
      <w:tblPr/>
      <w:tcPr>
        <w:shd w:val="clear" w:color="auto" w:fill="D8D8D8" w:themeFill="background1" w:themeFillShade="D8"/>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neCell">
      <w:tblPr/>
      <w:tcPr>
        <w:tcBorders>
          <w:top w:val="single" w:color="auto" w:sz="18" w:space="0"/>
          <w:left w:val="nil"/>
          <w:bottom w:val="single" w:color="auto" w:sz="18" w:space="0"/>
          <w:right w:val="nil"/>
          <w:insideH w:val="nil"/>
          <w:insideV w:val="nil"/>
        </w:tcBorders>
      </w:tcPr>
    </w:tblStylePr>
  </w:style>
  <w:style w:type="table" w:styleId="00009e">
    <w:name w:val="Colorful List"/>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lastCol">
      <w:rPr>
        <w:b w:val="1"/>
        <w:bCs w:val="1"/>
      </w:rPr>
    </w:tblStylePr>
    <w:tblStylePr w:type="band1Horz">
      <w:tblPr/>
      <w:tcPr>
        <w:shd w:val="clear" w:color="auto" w:fill="CCCCCC" w:themeFill="text1" w:themeFillTint="33"/>
      </w:tcPr>
    </w:tblStylePr>
    <w:tblStylePr w:type="band1Vert">
      <w:tblPr/>
      <w:tcPr>
        <w:tcBorders>
          <w:top w:val="nil"/>
          <w:left w:val="nil"/>
          <w:bottom w:val="nil"/>
          <w:right w:val="nil"/>
          <w:insideH w:val="nil"/>
          <w:insideV w:val="nil"/>
        </w:tcBorders>
        <w:shd w:val="clear" w:color="auto" w:fill="C0C0C0" w:themeFill="text1" w:themeFillTint="3F"/>
      </w:tcPr>
    </w:tblStylePr>
    <w:tblStylePr w:type="fir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style>
  <w:style w:type="paragraph" w:styleId="000038">
    <w:name w:val="List Continue 2"/>
    <w:basedOn w:val="000002"/>
    <w:uiPriority w:val="99"/>
    <w:unhideWhenUsed w:val="1"/>
    <w:rsid w:val="0029639D"/>
    <w:pPr>
      <w:spacing w:after="120"/>
      <w:ind w:left="720"/>
      <w:contextualSpacing w:val="1"/>
    </w:pPr>
  </w:style>
  <w:style w:type="paragraph" w:styleId="000041">
    <w:name w:val="Intense Quote"/>
    <w:basedOn w:val="000002"/>
    <w:next w:val="000002"/>
    <w:link w:val="000042"/>
    <w:uiPriority w:val="30"/>
    <w:qFormat w:val="1"/>
    <w:rsid w:val="00FC693F"/>
    <w:pPr>
      <w:pBdr>
        <w:bottom w:val="single" w:color="4F81BD" w:themeColor="accent1" w:sz="4" w:space="4"/>
      </w:pBdr>
      <w:spacing w:before="200" w:after="280"/>
      <w:ind w:left="936" w:right="936"/>
    </w:pPr>
    <w:rPr>
      <w:b w:val="1"/>
      <w:bCs w:val="1"/>
      <w:i w:val="1"/>
      <w:iCs w:val="1"/>
      <w:color w:val="4F81BD" w:themeColor="accent1"/>
    </w:rPr>
  </w:style>
  <w:style w:type="table" w:styleId="000098">
    <w:name w:val="Colorful Shading Accent 1"/>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nwCell">
      <w:rPr>
        <w:color w:val="000000" w:themeColor="text1"/>
      </w:r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band1Horz">
      <w:tblPr/>
      <w:tcPr>
        <w:shd w:val="clear" w:color="auto" w:fill="A7BFDE" w:themeFill="accent1" w:themeFillTint="7F"/>
      </w:tcPr>
    </w:tblStylePr>
    <w:tblStylePr w:type="band1Vert">
      <w:tblPr/>
      <w:tcPr>
        <w:shd w:val="clear" w:color="auto" w:fill="B8CCE4" w:themeFill="accent1" w:themeFillTint="66"/>
      </w:tcPr>
    </w:tblStylePr>
    <w:tblStylePr w:type="ne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style>
  <w:style w:type="paragraph" w:styleId="00003a">
    <w:name w:val="macro"/>
    <w:link w:val="00003b"/>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000058">
    <w:name w:val="Light Grid"/>
    <w:basedOn w:val="00001a"/>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Col">
      <w:rPr>
        <w:rFonts w:asciiTheme="majorHAnsi" w:hAnsiTheme="majorHAnsi" w:eastAsiaTheme="majorEastAsia" w:cstheme="majorBidi"/>
        <w:b w:val="1"/>
        <w:bCs w:val="1"/>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tblStylePr w:type="lastCol">
      <w:rPr>
        <w:rFonts w:asciiTheme="majorHAnsi" w:hAnsiTheme="majorHAnsi" w:eastAsiaTheme="majorEastAsia" w:cstheme="majorBidi"/>
        <w:b w:val="1"/>
        <w:bCs w:val="1"/>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style>
  <w:style w:type="table" w:styleId="000081">
    <w:name w:val="Medium Grid 1 Accent 6"/>
    <w:basedOn w:val="00001a"/>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val="1"/>
        <w:bCs w:val="1"/>
      </w:rPr>
    </w:tblStylePr>
    <w:tblStylePr w:type="firstCol">
      <w:rPr>
        <w:b w:val="1"/>
        <w:bCs w:val="1"/>
      </w:rPr>
    </w:tblStylePr>
    <w:tblStylePr w:type="band1Horz">
      <w:tblPr/>
      <w:tcPr>
        <w:shd w:val="clear" w:color="auto" w:fill="FBCAA2" w:themeFill="accent6" w:themeFillTint="7F"/>
      </w:tcPr>
    </w:tblStylePr>
    <w:tblStylePr w:type="lastCol">
      <w:rPr>
        <w:b w:val="1"/>
        <w:bCs w:val="1"/>
      </w:rPr>
    </w:tblStylePr>
    <w:tblStylePr w:type="lastRow">
      <w:rPr>
        <w:b w:val="1"/>
        <w:bCs w:val="1"/>
      </w:rPr>
      <w:tblPr/>
      <w:tcPr>
        <w:tcBorders>
          <w:top w:val="single" w:color="F9B074" w:themeColor="accent6" w:themeTint="BF" w:sz="18" w:space="0"/>
        </w:tcBorders>
      </w:tcPr>
    </w:tblStylePr>
    <w:tblStylePr w:type="band1Vert">
      <w:tblPr/>
      <w:tcPr>
        <w:shd w:val="clear" w:color="auto" w:fill="FBCAA2" w:themeFill="accent6" w:themeFillTint="7F"/>
      </w:tcPr>
    </w:tblStylePr>
  </w:style>
  <w:style w:type="table" w:styleId="00008b">
    <w:name w:val="Medium Grid 3 Accent 2"/>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style>
  <w:style w:type="character" w:styleId="000007" w:customStyle="1">
    <w:name w:val="Footer Char"/>
    <w:basedOn w:val="000005"/>
    <w:link w:val="000006"/>
    <w:uiPriority w:val="99"/>
    <w:rsid w:val="00E618BF"/>
  </w:style>
  <w:style w:type="character" w:styleId="000040">
    <w:name w:val="Emphasis"/>
    <w:basedOn w:val="000005"/>
    <w:uiPriority w:val="20"/>
    <w:qFormat w:val="1"/>
    <w:rsid w:val="00FC693F"/>
    <w:rPr>
      <w:i w:val="1"/>
      <w:iCs w:val="1"/>
    </w:rPr>
  </w:style>
  <w:style w:type="table" w:styleId="000082">
    <w:name w:val="Medium Grid 2"/>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nwCell">
      <w:tblPr/>
      <w:tcPr>
        <w:shd w:val="clear" w:color="auto" w:fill="FFFFFF" w:themeFill="background1"/>
      </w:tcPr>
    </w:tblStylePr>
    <w:tblStylePr w:type="band1Vert">
      <w:tblPr/>
      <w:tcPr>
        <w:shd w:val="clear" w:color="auto" w:fill="808080" w:themeFill="text1" w:themeFillTint="7F"/>
      </w:tcPr>
    </w:tblStylePr>
    <w:tblStylePr w:type="firstRow">
      <w:rPr>
        <w:b w:val="1"/>
        <w:bCs w:val="1"/>
        <w:color w:val="000000" w:themeColor="text1"/>
      </w:rPr>
      <w:tblPr/>
      <w:tcPr>
        <w:shd w:val="clear" w:color="auto" w:fill="E6E6E6" w:themeFill="text1" w:themeFillTint="19"/>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style>
  <w:style w:type="table" w:styleId="000097">
    <w:name w:val="Colorful Shading"/>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nwCell">
      <w:rPr>
        <w:color w:val="000000" w:themeColor="text1"/>
      </w:rPr>
    </w:tblStylePr>
    <w:tblStylePr w:type="neCell">
      <w:rPr>
        <w:color w:val="000000" w:themeColor="text1"/>
      </w:r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band1Horz">
      <w:tblPr/>
      <w:tcPr>
        <w:shd w:val="clear" w:color="auto" w:fill="808080" w:themeFill="text1" w:themeFillTint="7F"/>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lastRow">
      <w:rPr>
        <w:b w:val="1"/>
        <w:bCs w:val="1"/>
        <w:color w:val="FFFFFF" w:themeColor="background1"/>
      </w:rPr>
      <w:tblPr/>
      <w:tcPr>
        <w:tcBorders>
          <w:top w:val="single" w:color="FFFFFF" w:themeColor="background1" w:sz="6" w:space="0"/>
        </w:tcBorders>
        <w:shd w:val="clear" w:color="auto" w:fill="000000" w:themeFill="text1" w:themeFillShade="99"/>
      </w:tcPr>
    </w:tblStylePr>
  </w:style>
  <w:style w:type="table" w:styleId="000080">
    <w:name w:val="Medium Grid 1 Accent 5"/>
    <w:basedOn w:val="00001a"/>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Col">
      <w:rPr>
        <w:b w:val="1"/>
        <w:bCs w:val="1"/>
      </w:rPr>
    </w:tblStylePr>
    <w:tblStylePr w:type="firstRow">
      <w:rPr>
        <w:b w:val="1"/>
        <w:bCs w:val="1"/>
      </w:rPr>
    </w:tblStylePr>
    <w:tblStylePr w:type="band1Horz">
      <w:tblPr/>
      <w:tcPr>
        <w:shd w:val="clear" w:color="auto" w:fill="A5D5E2" w:themeFill="accent5" w:themeFillTint="7F"/>
      </w:tcPr>
    </w:tblStylePr>
    <w:tblStylePr w:type="band1Vert">
      <w:tblPr/>
      <w:tcPr>
        <w:shd w:val="clear" w:color="auto" w:fill="A5D5E2" w:themeFill="accent5" w:themeFillTint="7F"/>
      </w:tcPr>
    </w:tblStylePr>
    <w:tblStylePr w:type="lastRow">
      <w:rPr>
        <w:b w:val="1"/>
        <w:bCs w:val="1"/>
      </w:rPr>
      <w:tblPr/>
      <w:tcPr>
        <w:tcBorders>
          <w:top w:val="single" w:color="78C0D4" w:themeColor="accent5" w:themeTint="BF" w:sz="18" w:space="0"/>
        </w:tcBorders>
      </w:tcPr>
    </w:tblStylePr>
    <w:tblStylePr w:type="lastCol">
      <w:rPr>
        <w:b w:val="1"/>
        <w:bCs w:val="1"/>
      </w:rPr>
    </w:tblStylePr>
  </w:style>
  <w:style w:type="table" w:styleId="00004c">
    <w:name w:val="Light Shading Accent 2"/>
    <w:basedOn w:val="00001a"/>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band1Horz">
      <w:tblPr/>
      <w:tcPr>
        <w:tcBorders>
          <w:left w:val="nil"/>
          <w:right w:val="nil"/>
          <w:insideH w:val="nil"/>
          <w:insideV w:val="nil"/>
        </w:tcBorders>
        <w:shd w:val="clear" w:color="auto" w:fill="EFD3D2" w:themeFill="accent2" w:themeFillTint="3F"/>
      </w:tcPr>
    </w:tblStylePr>
    <w:tblStylePr w:type="lastRow">
      <w:pPr>
        <w:spacing w:before="0" w:after="0" w:line="240" w:lineRule="auto"/>
      </w:pPr>
      <w:rPr>
        <w:b w:val="1"/>
        <w:bCs w:val="1"/>
      </w:rPr>
      <w:tblPr/>
      <w:tcPr>
        <w:tcBorders>
          <w:top w:val="single" w:color="C0504D" w:themeColor="accent2" w:sz="8" w:space="0"/>
          <w:left w:val="nil"/>
          <w:bottom w:val="single" w:color="C0504D" w:themeColor="accent2" w:sz="8" w:space="0"/>
          <w:right w:val="nil"/>
          <w:insideH w:val="nil"/>
          <w:insideV w:val="nil"/>
        </w:tcBorders>
      </w:tcPr>
    </w:tblStylePr>
    <w:tblStylePr w:type="lastCol">
      <w:rPr>
        <w:b w:val="1"/>
        <w:bCs w:val="1"/>
      </w:rPr>
    </w:tblStylePr>
    <w:tblStylePr w:type="band1Vert">
      <w:tblPr/>
      <w:tcPr>
        <w:tcBorders>
          <w:left w:val="nil"/>
          <w:right w:val="nil"/>
          <w:insideH w:val="nil"/>
          <w:insideV w:val="nil"/>
        </w:tcBorders>
        <w:shd w:val="clear" w:color="auto" w:fill="EFD3D2" w:themeFill="accent2" w:themeFillTint="3F"/>
      </w:tcPr>
    </w:tblStylePr>
    <w:tblStylePr w:type="firstCol">
      <w:rPr>
        <w:b w:val="1"/>
        <w:bCs w:val="1"/>
      </w:rPr>
    </w:tblStylePr>
    <w:tblStylePr w:type="firstRow">
      <w:pPr>
        <w:spacing w:before="0" w:after="0" w:line="240" w:lineRule="auto"/>
      </w:pPr>
      <w:rPr>
        <w:b w:val="1"/>
        <w:bCs w:val="1"/>
      </w:rPr>
      <w:tblPr/>
      <w:tcPr>
        <w:tcBorders>
          <w:top w:val="single" w:color="C0504D" w:themeColor="accent2" w:sz="8" w:space="0"/>
          <w:left w:val="nil"/>
          <w:bottom w:val="single" w:color="C0504D" w:themeColor="accent2" w:sz="8" w:space="0"/>
          <w:right w:val="nil"/>
          <w:insideH w:val="nil"/>
          <w:insideV w:val="nil"/>
        </w:tcBorders>
      </w:tcPr>
    </w:tblStylePr>
  </w:style>
  <w:style w:type="table" w:styleId="00007a">
    <w:name w:val="Medium List 2 Accent 6"/>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swCell">
      <w:tblPr/>
      <w:tcPr>
        <w:tcBorders>
          <w:top w:val="nil"/>
        </w:tcBorders>
      </w:tcPr>
    </w:tblStyle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FDE4D0" w:themeFill="accent6" w:themeFillTint="3F"/>
      </w:tcPr>
    </w:tblStylePr>
  </w:style>
  <w:style w:type="paragraph" w:styleId="000030">
    <w:name w:val="List Bullet 3"/>
    <w:basedOn w:val="000002"/>
    <w:uiPriority w:val="99"/>
    <w:unhideWhenUsed w:val="1"/>
    <w:rsid w:val="00326F90"/>
    <w:pPr>
      <w:numPr>
        <w:numId w:val="2"/>
      </w:numPr>
      <w:contextualSpacing w:val="1"/>
    </w:pPr>
  </w:style>
  <w:style w:type="table" w:styleId="00007c">
    <w:name w:val="Medium Grid 1 Accent 1"/>
    <w:basedOn w:val="00001a"/>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band1Vert">
      <w:tblPr/>
      <w:tcPr>
        <w:shd w:val="clear" w:color="auto" w:fill="A7BFDE" w:themeFill="accent1" w:themeFillTint="7F"/>
      </w:tcPr>
    </w:tblStylePr>
    <w:tblStylePr w:type="lastRow">
      <w:rPr>
        <w:b w:val="1"/>
        <w:bCs w:val="1"/>
      </w:rPr>
      <w:tblPr/>
      <w:tcPr>
        <w:tcBorders>
          <w:top w:val="single" w:color="7BA0CD" w:themeColor="accent1" w:themeTint="BF" w:sz="18" w:space="0"/>
        </w:tcBorders>
      </w:tcPr>
    </w:tblStylePr>
    <w:tblStylePr w:type="firstRow">
      <w:rPr>
        <w:b w:val="1"/>
        <w:bCs w:val="1"/>
      </w:rPr>
    </w:tblStylePr>
    <w:tblStylePr w:type="firstCol">
      <w:rPr>
        <w:b w:val="1"/>
        <w:bCs w:val="1"/>
      </w:rPr>
    </w:tblStylePr>
    <w:tblStylePr w:type="band1Horz">
      <w:tblPr/>
      <w:tcPr>
        <w:shd w:val="clear" w:color="auto" w:fill="A7BFDE" w:themeFill="accent1" w:themeFillTint="7F"/>
      </w:tcPr>
    </w:tblStylePr>
    <w:tblStylePr w:type="lastCol">
      <w:rPr>
        <w:b w:val="1"/>
        <w:bCs w:val="1"/>
      </w:rPr>
    </w:tblStylePr>
  </w:style>
  <w:style w:type="table" w:styleId="000096">
    <w:name w:val="Dark List Accent 6"/>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style>
  <w:style w:type="table" w:styleId="000061">
    <w:name w:val="Medium Shading 1 Accent 2"/>
    <w:basedOn w:val="00001a"/>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tblStylePr w:type="lastCol">
      <w:rPr>
        <w:b w:val="1"/>
        <w:bCs w:val="1"/>
      </w:rPr>
    </w:tblStylePr>
    <w:tblStylePr w:type="band1Vert">
      <w:tblPr/>
      <w:tcPr>
        <w:shd w:val="clear" w:color="auto" w:fill="EFD3D2" w:themeFill="accent2" w:themeFillTint="3F"/>
      </w:tcPr>
    </w:tblStylePr>
    <w:tblStylePr w:type="firstCol">
      <w:rPr>
        <w:b w:val="1"/>
        <w:bCs w:val="1"/>
      </w:rPr>
    </w:tblStylePr>
    <w:tblStylePr w:type="firstRow">
      <w:pPr>
        <w:spacing w:before="0" w:after="0" w:line="240" w:lineRule="auto"/>
      </w:pPr>
      <w:rPr>
        <w:b w:val="1"/>
        <w:bCs w:val="1"/>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val="1"/>
        <w:bCs w:val="1"/>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style>
  <w:style w:type="character" w:styleId="000011" w:customStyle="1">
    <w:name w:val="Heading 5 Char"/>
    <w:basedOn w:val="000005"/>
    <w:link w:val="000010"/>
    <w:uiPriority w:val="9"/>
    <w:semiHidden w:val="1"/>
    <w:rsid w:val="00FC693F"/>
    <w:rPr>
      <w:rFonts w:asciiTheme="majorHAnsi" w:hAnsiTheme="majorHAnsi" w:eastAsiaTheme="majorEastAsia" w:cstheme="majorBidi"/>
      <w:color w:val="243F60" w:themeColor="accent1" w:themeShade="7F"/>
    </w:rPr>
  </w:style>
  <w:style w:type="table" w:styleId="0000a1">
    <w:name w:val="Colorful List Accent 3"/>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lastRow">
      <w:rPr>
        <w:b w:val="1"/>
        <w:bCs w:val="1"/>
        <w:color w:val="664E82" w:themeColor="accent4" w:themeShade="CC"/>
      </w:rPr>
      <w:tblPr/>
      <w:tcPr>
        <w:tcBorders>
          <w:top w:val="single" w:color="000000" w:themeColor="text1" w:sz="12" w:space="0"/>
        </w:tcBorders>
        <w:shd w:val="clear" w:color="auto" w:fill="FFFFFF" w:themeFill="background1"/>
      </w:tcPr>
    </w:tblStylePr>
    <w:tblStylePr w:type="band1Horz">
      <w:tblPr/>
      <w:tcPr>
        <w:shd w:val="clear" w:color="auto" w:fill="EAF1DD" w:themeFill="accent3" w:themeFillTint="33"/>
      </w:tcPr>
    </w:tblStylePr>
    <w:tblStylePr w:type="firstCol">
      <w:rPr>
        <w:b w:val="1"/>
        <w:bCs w:val="1"/>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firstRow">
      <w:rPr>
        <w:b w:val="1"/>
        <w:bCs w:val="1"/>
        <w:color w:val="FFFFFF" w:themeColor="background1"/>
      </w:rPr>
      <w:tblPr/>
      <w:tcPr>
        <w:tcBorders>
          <w:bottom w:val="single" w:color="FFFFFF" w:themeColor="background1" w:sz="12" w:space="0"/>
        </w:tcBorders>
        <w:shd w:val="clear" w:color="auto" w:fill="664E82" w:themeFill="accent4" w:themeFillShade="CC"/>
      </w:tcPr>
    </w:tblStylePr>
    <w:tblStylePr w:type="lastCol">
      <w:rPr>
        <w:b w:val="1"/>
        <w:bCs w:val="1"/>
      </w:rPr>
    </w:tblStylePr>
  </w:style>
  <w:style w:type="table" w:styleId="00009f">
    <w:name w:val="Colorful List Accent 1"/>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lastCol">
      <w:rPr>
        <w:b w:val="1"/>
        <w:bCs w:val="1"/>
      </w:rPr>
    </w:tblStylePr>
    <w:tblStylePr w:type="fir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9E3A38" w:themeFill="accent2" w:themeFillShade="CC"/>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lastRow">
      <w:rPr>
        <w:b w:val="1"/>
        <w:bCs w:val="1"/>
        <w:color w:val="9E3A38" w:themeColor="accent2" w:themeShade="CC"/>
      </w:rPr>
      <w:tblPr/>
      <w:tcPr>
        <w:tcBorders>
          <w:top w:val="single" w:color="000000" w:themeColor="text1" w:sz="12" w:space="0"/>
        </w:tcBorders>
        <w:shd w:val="clear" w:color="auto" w:fill="FFFFFF" w:themeFill="background1"/>
      </w:tcPr>
    </w:tblStylePr>
    <w:tblStylePr w:type="band1Horz">
      <w:tblPr/>
      <w:tcPr>
        <w:shd w:val="clear" w:color="auto" w:fill="DBE5F1" w:themeFill="accent1" w:themeFillTint="33"/>
      </w:tcPr>
    </w:tblStylePr>
  </w:style>
  <w:style w:type="table" w:styleId="000050">
    <w:name w:val="Light Shading Accent 6"/>
    <w:basedOn w:val="00001a"/>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single" w:color="F79646" w:themeColor="accent6" w:sz="8" w:space="0"/>
          <w:left w:val="nil"/>
          <w:bottom w:val="single" w:color="F79646" w:themeColor="accent6" w:sz="8" w:space="0"/>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lastCol">
      <w:rPr>
        <w:b w:val="1"/>
        <w:bCs w:val="1"/>
      </w:rPr>
    </w:tblStylePr>
    <w:tblStylePr w:type="band1Horz">
      <w:tblPr/>
      <w:tcPr>
        <w:tcBorders>
          <w:left w:val="nil"/>
          <w:right w:val="nil"/>
          <w:insideH w:val="nil"/>
          <w:insideV w:val="nil"/>
        </w:tcBorders>
        <w:shd w:val="clear" w:color="auto" w:fill="FDE4D0" w:themeFill="accent6" w:themeFillTint="3F"/>
      </w:tcPr>
    </w:tblStylePr>
    <w:tblStylePr w:type="firstRow">
      <w:pPr>
        <w:spacing w:before="0" w:after="0" w:line="240" w:lineRule="auto"/>
      </w:pPr>
      <w:rPr>
        <w:b w:val="1"/>
        <w:bCs w:val="1"/>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val="1"/>
        <w:bCs w:val="1"/>
      </w:rPr>
    </w:tblStylePr>
  </w:style>
  <w:style w:type="paragraph" w:styleId="000018">
    <w:name w:val="heading 9"/>
    <w:basedOn w:val="000002"/>
    <w:next w:val="000002"/>
    <w:link w:val="000019"/>
    <w:uiPriority w:val="9"/>
    <w:semiHidden w:val="1"/>
    <w:unhideWhenUsed w:val="1"/>
    <w:qFormat w:val="1"/>
    <w:rsid w:val="00FC693F"/>
    <w:pPr>
      <w:keepNext w:val="1"/>
      <w:keepLines w:val="1"/>
      <w:spacing w:before="200" w:after="0"/>
      <w:outlineLvl w:val="8"/>
    </w:pPr>
    <w:rPr>
      <w:rFonts w:asciiTheme="majorHAnsi" w:hAnsiTheme="majorHAnsi" w:eastAsiaTheme="majorEastAsia" w:cstheme="majorBidi"/>
      <w:i w:val="1"/>
      <w:iCs w:val="1"/>
      <w:color w:val="404040" w:themeColor="text1" w:themeTint="BF"/>
      <w:sz w:val="20"/>
      <w:szCs w:val="20"/>
    </w:rPr>
  </w:style>
  <w:style w:type="character" w:styleId="000025" w:customStyle="1">
    <w:name w:val="Body Text 2 Char"/>
    <w:basedOn w:val="000005"/>
    <w:link w:val="000024"/>
    <w:uiPriority w:val="99"/>
    <w:rsid w:val="00AA1D8D"/>
  </w:style>
  <w:style w:type="table" w:styleId="0000a8">
    <w:name w:val="Colorful Grid Accent 3"/>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lastRow">
      <w:rPr>
        <w:b w:val="1"/>
        <w:bCs w:val="1"/>
        <w:color w:val="000000" w:themeColor="text1"/>
      </w:rPr>
      <w:tblPr/>
      <w:tcPr>
        <w:shd w:val="clear" w:color="auto" w:fill="D6E3BC" w:themeFill="accent3" w:themeFillTint="66"/>
      </w:tcPr>
    </w:tblStylePr>
    <w:tblStylePr w:type="firstRow">
      <w:rPr>
        <w:b w:val="1"/>
        <w:bCs w:val="1"/>
      </w:rPr>
      <w:tblPr/>
      <w:tcPr>
        <w:shd w:val="clear" w:color="auto" w:fill="D6E3BC" w:themeFill="accent3" w:themeFillTint="66"/>
      </w:tcPr>
    </w:tblStylePr>
    <w:tblStylePr w:type="band1Horz">
      <w:tblPr/>
      <w:tcPr>
        <w:shd w:val="clear" w:color="auto" w:fill="CDDDAC" w:themeFill="accent3" w:themeFillTint="7F"/>
      </w:tcPr>
    </w:tblStylePr>
    <w:tblStylePr w:type="band1Vert">
      <w:tblPr/>
      <w:tcPr>
        <w:shd w:val="clear" w:color="auto" w:fill="CDDDAC" w:themeFill="accent3" w:themeFillTint="7F"/>
      </w:tcPr>
    </w:tblStylePr>
  </w:style>
  <w:style w:type="character" w:styleId="00003f">
    <w:name w:val="Strong"/>
    <w:basedOn w:val="000005"/>
    <w:uiPriority w:val="22"/>
    <w:qFormat w:val="1"/>
    <w:rsid w:val="00FC693F"/>
    <w:rPr>
      <w:b w:val="1"/>
      <w:bCs w:val="1"/>
    </w:rPr>
  </w:style>
  <w:style w:type="paragraph" w:styleId="00002e">
    <w:name w:val="List Bullet 2"/>
    <w:basedOn w:val="000002"/>
    <w:uiPriority w:val="99"/>
    <w:unhideWhenUsed w:val="1"/>
    <w:rsid w:val="00326F90"/>
    <w:pPr>
      <w:numPr>
        <w:numId w:val="3"/>
      </w:numPr>
      <w:contextualSpacing w:val="1"/>
    </w:pPr>
  </w:style>
  <w:style w:type="table" w:styleId="000099">
    <w:name w:val="Colorful Shading Accent 2"/>
    <w:basedOn w:val="00001a"/>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nwCell">
      <w:rPr>
        <w:color w:val="000000" w:themeColor="text1"/>
      </w:rPr>
    </w:tblStylePr>
    <w:tblStylePr w:type="firstRow">
      <w:rPr>
        <w:b w:val="1"/>
        <w:bCs w:val="1"/>
      </w:rPr>
      <w:tblPr/>
      <w:tcPr>
        <w:tcBorders>
          <w:top w:val="nil"/>
          <w:left w:val="nil"/>
          <w:bottom w:val="single" w:color="C0504D" w:themeColor="accent2" w:sz="24" w:space="0"/>
          <w:right w:val="nil"/>
          <w:insideH w:val="nil"/>
          <w:insideV w:val="nil"/>
        </w:tcBorders>
        <w:shd w:val="clear" w:color="auto" w:fill="FFFFFF" w:themeFill="background1"/>
      </w:tcPr>
    </w:tblStylePr>
    <w:tblStylePr w:type="band1Vert">
      <w:tblPr/>
      <w:tcPr>
        <w:shd w:val="clear" w:color="auto" w:fill="E5B8B7" w:themeFill="accent2" w:themeFillTint="66"/>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band1Horz">
      <w:tblPr/>
      <w:tcPr>
        <w:shd w:val="clear" w:color="auto" w:fill="DFA7A6" w:themeFill="accent2" w:themeFillTint="7F"/>
      </w:tcPr>
    </w:tblStylePr>
    <w:tblStylePr w:type="lastRow">
      <w:rPr>
        <w:b w:val="1"/>
        <w:bCs w:val="1"/>
        <w:color w:val="FFFFFF" w:themeColor="background1"/>
      </w:rPr>
      <w:tblPr/>
      <w:tcPr>
        <w:tcBorders>
          <w:top w:val="single" w:color="FFFFFF" w:themeColor="background1" w:sz="6" w:space="0"/>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neCell">
      <w:rPr>
        <w:color w:val="000000" w:themeColor="text1"/>
      </w:rPr>
    </w:tblStylePr>
  </w:style>
  <w:style w:type="character" w:styleId="000047">
    <w:name w:val="Book Title"/>
    <w:basedOn w:val="000005"/>
    <w:uiPriority w:val="33"/>
    <w:qFormat w:val="1"/>
    <w:rsid w:val="00FC693F"/>
    <w:rPr>
      <w:b w:val="1"/>
      <w:bCs w:val="1"/>
      <w:smallCaps w:val="1"/>
      <w:spacing w:val="5"/>
    </w:rPr>
  </w:style>
  <w:style w:type="table" w:styleId="000069">
    <w:name w:val="Medium Shading 2 Accent 3"/>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band1Horz">
      <w:tblPr/>
      <w:tcPr>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cPr>
        <w:tcBorders>
          <w:left w:val="nil"/>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neCell">
      <w:tblPr/>
      <w:tcPr>
        <w:tcBorders>
          <w:top w:val="single" w:color="auto" w:sz="18" w:space="0"/>
          <w:left w:val="nil"/>
          <w:bottom w:val="single" w:color="auto" w:sz="18" w:space="0"/>
          <w:right w:val="nil"/>
          <w:insideH w:val="nil"/>
          <w:insideV w:val="nil"/>
        </w:tcBorders>
      </w:tcPr>
    </w:tblStylePr>
  </w:style>
  <w:style w:type="table" w:styleId="000090">
    <w:name w:val="Dark List"/>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style>
  <w:style w:type="table" w:styleId="000076">
    <w:name w:val="Medium List 2 Accent 2"/>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swCell">
      <w:tblPr/>
      <w:tcPr>
        <w:tcBorders>
          <w:top w:val="nil"/>
        </w:tcBorders>
      </w:tcPr>
    </w:tblStyle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style>
  <w:style w:type="table" w:styleId="00001a" w:default="1">
    <w:name w:val="Normal Table"/>
    <w:uiPriority w:val="99"/>
    <w:semiHidden w:val="1"/>
    <w:unhideWhenUsed w:val="1"/>
    <w:tblPr>
      <w:tblInd w:w="0" w:type="dxa"/>
      <w:tblCellMar>
        <w:top w:w="0" w:type="dxa"/>
        <w:left w:w="108" w:type="dxa"/>
        <w:bottom w:w="0" w:type="dxa"/>
        <w:right w:w="108" w:type="dxa"/>
      </w:tblCellMar>
    </w:tblPr>
  </w:style>
  <w:style w:type="table" w:styleId="00006b">
    <w:name w:val="Medium Shading 2 Accent 5"/>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neCell">
      <w:tblPr/>
      <w:tcPr>
        <w:tcBorders>
          <w:top w:val="single" w:color="auto" w:sz="18" w:space="0"/>
          <w:left w:val="nil"/>
          <w:bottom w:val="single" w:color="auto" w:sz="18" w:space="0"/>
          <w:right w:val="nil"/>
          <w:insideH w:val="nil"/>
          <w:insideV w:val="nil"/>
        </w:tcBorders>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Vert">
      <w:tblPr/>
      <w:tcPr>
        <w:tcBorders>
          <w:left w:val="nil"/>
          <w:right w:val="nil"/>
          <w:insideH w:val="nil"/>
          <w:insideV w:val="nil"/>
        </w:tcBorders>
        <w:shd w:val="clear" w:color="auto" w:fill="D8D8D8" w:themeFill="background1" w:themeFillShade="D8"/>
      </w:tcPr>
    </w:tblStylePr>
    <w:tblStylePr w:type="lastCol">
      <w:rPr>
        <w:b w:val="1"/>
        <w:bCs w:val="1"/>
        <w:color w:val="FFFFFF" w:themeColor="background1"/>
      </w:rPr>
      <w:tblPr/>
      <w:tcPr>
        <w:tcBorders>
          <w:left w:val="nil"/>
          <w:right w:val="nil"/>
          <w:insideH w:val="nil"/>
          <w:insideV w:val="nil"/>
        </w:tcBorders>
        <w:shd w:val="clear" w:color="auto" w:fill="4BACC6" w:themeFill="accent5"/>
      </w:tcPr>
    </w:tblStylePr>
    <w:tblStylePr w:type="band1Horz">
      <w:tblPr/>
      <w:tcPr>
        <w:shd w:val="clear" w:color="auto" w:fill="D8D8D8" w:themeFill="background1" w:themeFillShade="D8"/>
      </w:tcPr>
    </w:tblStylePr>
  </w:style>
  <w:style w:type="table" w:styleId="0000a2">
    <w:name w:val="Colorful List Accent 4"/>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lastRow">
      <w:rPr>
        <w:b w:val="1"/>
        <w:bCs w:val="1"/>
        <w:color w:val="7E9C40" w:themeColor="accent3" w:themeShade="CC"/>
      </w:rPr>
      <w:tblPr/>
      <w:tcPr>
        <w:tcBorders>
          <w:top w:val="single" w:color="000000" w:themeColor="text1" w:sz="12" w:space="0"/>
        </w:tcBorders>
        <w:shd w:val="clear" w:color="auto" w:fill="FFFFFF" w:themeFill="background1"/>
      </w:tcPr>
    </w:tblStylePr>
    <w:tblStylePr w:type="firstRow">
      <w:rPr>
        <w:b w:val="1"/>
        <w:bCs w:val="1"/>
        <w:color w:val="FFFFFF" w:themeColor="background1"/>
      </w:rPr>
      <w:tblPr/>
      <w:tcPr>
        <w:tcBorders>
          <w:bottom w:val="single" w:color="FFFFFF" w:themeColor="background1" w:sz="12" w:space="0"/>
        </w:tcBorders>
        <w:shd w:val="clear" w:color="auto" w:fill="7E9C40" w:themeFill="accent3" w:themeFillShade="CC"/>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tblStylePr w:type="firstCol">
      <w:rPr>
        <w:b w:val="1"/>
        <w:bCs w:val="1"/>
      </w:rPr>
    </w:tblStylePr>
    <w:tblStylePr w:type="lastCol">
      <w:rPr>
        <w:b w:val="1"/>
        <w:bCs w:val="1"/>
      </w:rPr>
    </w:tblStylePr>
  </w:style>
  <w:style w:type="table" w:styleId="00007f">
    <w:name w:val="Medium Grid 1 Accent 4"/>
    <w:basedOn w:val="00001a"/>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lastCol">
      <w:rPr>
        <w:b w:val="1"/>
        <w:bCs w:val="1"/>
      </w:rPr>
    </w:tblStylePr>
    <w:tblStylePr w:type="lastRow">
      <w:rPr>
        <w:b w:val="1"/>
        <w:bCs w:val="1"/>
      </w:rPr>
      <w:tblPr/>
      <w:tcPr>
        <w:tcBorders>
          <w:top w:val="single" w:color="9F8AB9" w:themeColor="accent4" w:themeTint="BF" w:sz="18" w:space="0"/>
        </w:tcBorders>
      </w:tcPr>
    </w:tblStylePr>
    <w:tblStylePr w:type="band1Vert">
      <w:tblPr/>
      <w:tcPr>
        <w:shd w:val="clear" w:color="auto" w:fill="BFB1D0" w:themeFill="accent4" w:themeFillTint="7F"/>
      </w:tcPr>
    </w:tblStylePr>
    <w:tblStylePr w:type="firstCol">
      <w:rPr>
        <w:b w:val="1"/>
        <w:bCs w:val="1"/>
      </w:rPr>
    </w:tblStylePr>
    <w:tblStylePr w:type="band1Horz">
      <w:tblPr/>
      <w:tcPr>
        <w:shd w:val="clear" w:color="auto" w:fill="BFB1D0" w:themeFill="accent4" w:themeFillTint="7F"/>
      </w:tcPr>
    </w:tblStylePr>
    <w:tblStylePr w:type="firstRow">
      <w:rPr>
        <w:b w:val="1"/>
        <w:bCs w:val="1"/>
      </w:rPr>
    </w:tblStylePr>
  </w:style>
  <w:style w:type="paragraph" w:styleId="000012">
    <w:name w:val="heading 6"/>
    <w:basedOn w:val="000002"/>
    <w:next w:val="000002"/>
    <w:link w:val="000013"/>
    <w:uiPriority w:val="9"/>
    <w:semiHidden w:val="1"/>
    <w:unhideWhenUsed w:val="1"/>
    <w:qFormat w:val="1"/>
    <w:rsid w:val="00FC693F"/>
    <w:pPr>
      <w:keepNext w:val="1"/>
      <w:keepLines w:val="1"/>
      <w:spacing w:before="200" w:after="0"/>
      <w:outlineLvl w:val="5"/>
    </w:pPr>
    <w:rPr>
      <w:rFonts w:asciiTheme="majorHAnsi" w:hAnsiTheme="majorHAnsi" w:eastAsiaTheme="majorEastAsia" w:cstheme="majorBidi"/>
      <w:i w:val="1"/>
      <w:iCs w:val="1"/>
      <w:color w:val="243F60" w:themeColor="accent1" w:themeShade="7F"/>
    </w:rPr>
  </w:style>
  <w:style w:type="table" w:styleId="000059">
    <w:name w:val="Light Grid Accent 1"/>
    <w:basedOn w:val="00001a"/>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lastRow">
      <w:pPr>
        <w:spacing w:before="0" w:after="0" w:line="240" w:lineRule="auto"/>
      </w:pPr>
      <w:rPr>
        <w:rFonts w:asciiTheme="majorHAnsi" w:hAnsiTheme="majorHAnsi" w:eastAsiaTheme="majorEastAsia" w:cstheme="majorBidi"/>
        <w:b w:val="1"/>
        <w:bCs w:val="1"/>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firstRow">
      <w:pPr>
        <w:spacing w:before="0" w:after="0" w:line="240" w:lineRule="auto"/>
      </w:pPr>
      <w:rPr>
        <w:rFonts w:asciiTheme="majorHAnsi" w:hAnsiTheme="majorHAnsi" w:eastAsiaTheme="majorEastAsia" w:cstheme="majorBidi"/>
        <w:b w:val="1"/>
        <w:bCs w:val="1"/>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tblStylePr w:type="firstCol">
      <w:rPr>
        <w:rFonts w:asciiTheme="majorHAnsi" w:hAnsiTheme="majorHAnsi" w:eastAsiaTheme="majorEastAsia" w:cstheme="majorBidi"/>
        <w:b w:val="1"/>
        <w:bCs w:val="1"/>
      </w:rPr>
    </w:tblStylePr>
    <w:tblStylePr w:type="lastCol">
      <w:rPr>
        <w:rFonts w:asciiTheme="majorHAnsi" w:hAnsiTheme="majorHAnsi" w:eastAsiaTheme="majorEastAsia" w:cstheme="majorBidi"/>
        <w:b w:val="1"/>
        <w:bCs w:val="1"/>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paragraph" w:styleId="000036">
    <w:name w:val="List Number 3"/>
    <w:basedOn w:val="000002"/>
    <w:uiPriority w:val="99"/>
    <w:unhideWhenUsed w:val="1"/>
    <w:rsid w:val="0029639D"/>
    <w:pPr>
      <w:numPr>
        <w:numId w:val="4"/>
      </w:numPr>
      <w:contextualSpacing w:val="1"/>
    </w:pPr>
  </w:style>
  <w:style w:type="paragraph" w:styleId="000006">
    <w:name w:val="footer"/>
    <w:basedOn w:val="000002"/>
    <w:link w:val="000007"/>
    <w:uiPriority w:val="99"/>
    <w:unhideWhenUsed w:val="1"/>
    <w:rsid w:val="00E618BF"/>
    <w:pPr>
      <w:tabs>
        <w:tab w:val="center" w:pos="4680"/>
        <w:tab w:val="right" w:pos="9360"/>
      </w:tabs>
      <w:spacing w:after="0" w:line="240" w:lineRule="auto"/>
    </w:pPr>
  </w:style>
  <w:style w:type="character" w:styleId="000004" w:customStyle="1">
    <w:name w:val="Header Char"/>
    <w:basedOn w:val="000005"/>
    <w:link w:val="000003"/>
    <w:uiPriority w:val="99"/>
    <w:rsid w:val="00E618BF"/>
  </w:style>
  <w:style w:type="table" w:styleId="0000a3">
    <w:name w:val="Colorful List Accent 5"/>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lastCol">
      <w:rPr>
        <w:b w:val="1"/>
        <w:bCs w:val="1"/>
      </w:rPr>
    </w:tblStylePr>
    <w:tblStylePr w:type="fir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F2730A" w:themeFill="accent6" w:themeFillShade="CC"/>
      </w:tcPr>
    </w:tblStylePr>
    <w:tblStylePr w:type="lastRow">
      <w:rPr>
        <w:b w:val="1"/>
        <w:bCs w:val="1"/>
        <w:color w:val="F2730A" w:themeColor="accent6" w:themeShade="CC"/>
      </w:rPr>
      <w:tblPr/>
      <w:tcPr>
        <w:tcBorders>
          <w:top w:val="single" w:color="000000" w:themeColor="text1" w:sz="12" w:space="0"/>
        </w:tcBorders>
        <w:shd w:val="clear" w:color="auto" w:fill="FFFFFF" w:themeFill="background1"/>
      </w:tcPr>
    </w:tblStylePr>
    <w:tblStylePr w:type="band1Horz">
      <w:tblPr/>
      <w:tcPr>
        <w:shd w:val="clear" w:color="auto" w:fill="DAEEF3" w:themeFill="accent5" w:themeFillTint="33"/>
      </w:tcPr>
    </w:tblStylePr>
    <w:tblStylePr w:type="band1Vert">
      <w:tblPr/>
      <w:tcPr>
        <w:tcBorders>
          <w:top w:val="nil"/>
          <w:left w:val="nil"/>
          <w:bottom w:val="nil"/>
          <w:right w:val="nil"/>
          <w:insideH w:val="nil"/>
          <w:insideV w:val="nil"/>
        </w:tcBorders>
        <w:shd w:val="clear" w:color="auto" w:fill="D2EAF1" w:themeFill="accent5" w:themeFillTint="3F"/>
      </w:tcPr>
    </w:tblStylePr>
  </w:style>
  <w:style w:type="numbering" w:styleId="00001b" w:default="1">
    <w:name w:val="No List"/>
    <w:uiPriority w:val="99"/>
    <w:semiHidden w:val="1"/>
    <w:unhideWhenUsed w:val="1"/>
  </w:style>
  <w:style w:type="character" w:styleId="000013" w:customStyle="1">
    <w:name w:val="Heading 6 Char"/>
    <w:basedOn w:val="000005"/>
    <w:link w:val="000012"/>
    <w:uiPriority w:val="9"/>
    <w:semiHidden w:val="1"/>
    <w:rsid w:val="00FC693F"/>
    <w:rPr>
      <w:rFonts w:asciiTheme="majorHAnsi" w:hAnsiTheme="majorHAnsi" w:eastAsiaTheme="majorEastAsia" w:cstheme="majorBidi"/>
      <w:i w:val="1"/>
      <w:iCs w:val="1"/>
      <w:color w:val="243F60" w:themeColor="accent1" w:themeShade="7F"/>
    </w:rPr>
  </w:style>
  <w:style w:type="table" w:styleId="00005a">
    <w:name w:val="Light Grid Accent 2"/>
    <w:basedOn w:val="00001a"/>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firstCol">
      <w:rPr>
        <w:rFonts w:asciiTheme="majorHAnsi" w:hAnsiTheme="majorHAnsi" w:eastAsiaTheme="majorEastAsia" w:cstheme="majorBidi"/>
        <w:b w:val="1"/>
        <w:bCs w:val="1"/>
      </w:rPr>
    </w:tblStylePr>
    <w:tblStylePr w:type="lastRow">
      <w:pPr>
        <w:spacing w:before="0" w:after="0" w:line="240" w:lineRule="auto"/>
      </w:pPr>
      <w:rPr>
        <w:rFonts w:asciiTheme="majorHAnsi" w:hAnsiTheme="majorHAnsi" w:eastAsiaTheme="majorEastAsia" w:cstheme="majorBidi"/>
        <w:b w:val="1"/>
        <w:bCs w:val="1"/>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tblStylePr w:type="lastCol">
      <w:rPr>
        <w:rFonts w:asciiTheme="majorHAnsi" w:hAnsiTheme="majorHAnsi" w:eastAsiaTheme="majorEastAsia" w:cstheme="majorBidi"/>
        <w:b w:val="1"/>
        <w:bCs w:val="1"/>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style>
  <w:style w:type="table" w:styleId="000087">
    <w:name w:val="Medium Grid 2 Accent 5"/>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firstRow">
      <w:rPr>
        <w:b w:val="1"/>
        <w:bCs w:val="1"/>
        <w:color w:val="000000" w:themeColor="text1"/>
      </w:rPr>
      <w:tblPr/>
      <w:tcPr>
        <w:shd w:val="clear" w:color="auto" w:fill="EDF6F9" w:themeFill="accent5" w:themeFillTint="19"/>
      </w:tcPr>
    </w:tblStylePr>
    <w:tblStylePr w:type="nwCell">
      <w:tblPr/>
      <w:tcPr>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style>
  <w:style w:type="paragraph" w:styleId="00001c">
    <w:name w:val="No Spacing"/>
    <w:uiPriority w:val="1"/>
    <w:qFormat w:val="1"/>
    <w:rsid w:val="00FC693F"/>
    <w:pPr>
      <w:spacing w:after="0" w:line="240" w:lineRule="auto"/>
    </w:pPr>
  </w:style>
  <w:style w:type="table" w:styleId="000060">
    <w:name w:val="Medium Shading 1 Accent 1"/>
    <w:basedOn w:val="00001a"/>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band1Horz">
      <w:tblPr/>
      <w:tcPr>
        <w:tcBorders>
          <w:insideH w:val="nil"/>
          <w:insideV w:val="nil"/>
        </w:tcBorders>
        <w:shd w:val="clear" w:color="auto" w:fill="D3DFEE" w:themeFill="accent1" w:themeFillTint="3F"/>
      </w:tcPr>
    </w:tblStylePr>
    <w:tblStylePr w:type="lastRow">
      <w:pPr>
        <w:spacing w:before="0" w:after="0" w:line="240" w:lineRule="auto"/>
      </w:pPr>
      <w:rPr>
        <w:b w:val="1"/>
        <w:bCs w:val="1"/>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val="1"/>
        <w:bCs w:val="1"/>
      </w:rPr>
    </w:tblStylePr>
    <w:tblStylePr w:type="firstRow">
      <w:pPr>
        <w:spacing w:before="0" w:after="0" w:line="240" w:lineRule="auto"/>
      </w:pPr>
      <w:rPr>
        <w:b w:val="1"/>
        <w:bCs w:val="1"/>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band2Horz">
      <w:tblPr/>
      <w:tcPr>
        <w:tcBorders>
          <w:insideH w:val="nil"/>
          <w:insideV w:val="nil"/>
        </w:tcBorders>
      </w:tcPr>
    </w:tblStylePr>
    <w:tblStylePr w:type="lastCol">
      <w:rPr>
        <w:b w:val="1"/>
        <w:bCs w:val="1"/>
      </w:rPr>
    </w:tblStylePr>
    <w:tblStylePr w:type="band1Vert">
      <w:tblPr/>
      <w:tcPr>
        <w:shd w:val="clear" w:color="auto" w:fill="D3DFEE" w:themeFill="accent1" w:themeFillTint="3F"/>
      </w:tcPr>
    </w:tblStylePr>
  </w:style>
  <w:style w:type="table" w:styleId="00004b">
    <w:name w:val="Light Shading Accent 1"/>
    <w:basedOn w:val="00001a"/>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lastCol">
      <w:rPr>
        <w:b w:val="1"/>
        <w:bCs w:val="1"/>
      </w:rPr>
    </w:tblStylePr>
    <w:tblStylePr w:type="firstRow">
      <w:pPr>
        <w:spacing w:before="0" w:after="0" w:line="240" w:lineRule="auto"/>
      </w:pPr>
      <w:rPr>
        <w:b w:val="1"/>
        <w:bCs w:val="1"/>
      </w:rPr>
      <w:tblPr/>
      <w:tcPr>
        <w:tcBorders>
          <w:top w:val="single" w:color="4F81BD" w:themeColor="accent1" w:sz="8" w:space="0"/>
          <w:left w:val="nil"/>
          <w:bottom w:val="single" w:color="4F81BD" w:themeColor="accent1" w:sz="8" w:space="0"/>
          <w:right w:val="nil"/>
          <w:insideH w:val="nil"/>
          <w:insideV w:val="nil"/>
        </w:tcBorders>
      </w:tcPr>
    </w:tblStylePr>
    <w:tblStylePr w:type="band1Horz">
      <w:tblPr/>
      <w:tcPr>
        <w:tcBorders>
          <w:left w:val="nil"/>
          <w:right w:val="nil"/>
          <w:insideH w:val="nil"/>
          <w:insideV w:val="nil"/>
        </w:tcBorders>
        <w:shd w:val="clear" w:color="auto" w:fill="D3DFEE" w:themeFill="accent1" w:themeFillTint="3F"/>
      </w:tcPr>
    </w:tblStylePr>
    <w:tblStylePr w:type="firstCol">
      <w:rPr>
        <w:b w:val="1"/>
        <w:bCs w:val="1"/>
      </w:rPr>
    </w:tblStylePr>
    <w:tblStylePr w:type="band1Vert">
      <w:tblPr/>
      <w:tcPr>
        <w:tcBorders>
          <w:left w:val="nil"/>
          <w:right w:val="nil"/>
          <w:insideH w:val="nil"/>
          <w:insideV w:val="nil"/>
        </w:tcBorders>
        <w:shd w:val="clear" w:color="auto" w:fill="D3DFEE" w:themeFill="accent1" w:themeFillTint="3F"/>
      </w:tcPr>
    </w:tblStylePr>
    <w:tblStylePr w:type="lastRow">
      <w:pPr>
        <w:spacing w:before="0" w:after="0" w:line="240" w:lineRule="auto"/>
      </w:pPr>
      <w:rPr>
        <w:b w:val="1"/>
        <w:bCs w:val="1"/>
      </w:rPr>
      <w:tblPr/>
      <w:tcPr>
        <w:tcBorders>
          <w:top w:val="single" w:color="4F81BD" w:themeColor="accent1" w:sz="8" w:space="0"/>
          <w:left w:val="nil"/>
          <w:bottom w:val="single" w:color="4F81BD" w:themeColor="accent1" w:sz="8" w:space="0"/>
          <w:right w:val="nil"/>
          <w:insideH w:val="nil"/>
          <w:insideV w:val="nil"/>
        </w:tcBorders>
      </w:tcPr>
    </w:tblStylePr>
  </w:style>
  <w:style w:type="character" w:styleId="00000f" w:customStyle="1">
    <w:name w:val="Heading 4 Char"/>
    <w:basedOn w:val="000005"/>
    <w:link w:val="00000e"/>
    <w:uiPriority w:val="9"/>
    <w:semiHidden w:val="1"/>
    <w:rsid w:val="00FC693F"/>
    <w:rPr>
      <w:rFonts w:asciiTheme="majorHAnsi" w:hAnsiTheme="majorHAnsi" w:eastAsiaTheme="majorEastAsia" w:cstheme="majorBidi"/>
      <w:b w:val="1"/>
      <w:bCs w:val="1"/>
      <w:i w:val="1"/>
      <w:iCs w:val="1"/>
      <w:color w:val="4F81BD" w:themeColor="accent1"/>
    </w:rPr>
  </w:style>
  <w:style w:type="table" w:styleId="000062">
    <w:name w:val="Medium Shading 1 Accent 3"/>
    <w:basedOn w:val="00001a"/>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lastCol">
      <w:rPr>
        <w:b w:val="1"/>
        <w:bCs w:val="1"/>
      </w:rPr>
    </w:tblStylePr>
    <w:tblStylePr w:type="firstRow">
      <w:pPr>
        <w:spacing w:before="0" w:after="0" w:line="240" w:lineRule="auto"/>
      </w:pPr>
      <w:rPr>
        <w:b w:val="1"/>
        <w:bCs w:val="1"/>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firstCol">
      <w:rPr>
        <w:b w:val="1"/>
        <w:bCs w:val="1"/>
      </w:rPr>
    </w:tblStylePr>
    <w:tblStylePr w:type="band2Horz">
      <w:tblPr/>
      <w:tcPr>
        <w:tcBorders>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lastRow">
      <w:pPr>
        <w:spacing w:before="0" w:after="0" w:line="240" w:lineRule="auto"/>
      </w:pPr>
      <w:rPr>
        <w:b w:val="1"/>
        <w:bCs w:val="1"/>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style>
  <w:style w:type="paragraph" w:styleId="000003">
    <w:name w:val="header"/>
    <w:basedOn w:val="000002"/>
    <w:link w:val="000004"/>
    <w:uiPriority w:val="99"/>
    <w:unhideWhenUsed w:val="1"/>
    <w:rsid w:val="00E618BF"/>
    <w:pPr>
      <w:tabs>
        <w:tab w:val="center" w:pos="4680"/>
        <w:tab w:val="right" w:pos="9360"/>
      </w:tabs>
      <w:spacing w:after="0" w:line="240" w:lineRule="auto"/>
    </w:pPr>
  </w:style>
  <w:style w:type="character" w:styleId="00000d" w:customStyle="1">
    <w:name w:val="Heading 3 Char"/>
    <w:basedOn w:val="000005"/>
    <w:link w:val="00000c"/>
    <w:uiPriority w:val="9"/>
    <w:rsid w:val="00FC693F"/>
    <w:rPr>
      <w:rFonts w:asciiTheme="majorHAnsi" w:hAnsiTheme="majorHAnsi" w:eastAsiaTheme="majorEastAsia" w:cstheme="majorBidi"/>
      <w:b w:val="1"/>
      <w:bCs w:val="1"/>
      <w:color w:val="4F81BD" w:themeColor="accent1"/>
    </w:rPr>
  </w:style>
  <w:style w:type="character" w:styleId="00003d" w:customStyle="1">
    <w:name w:val="Quote Char"/>
    <w:basedOn w:val="000005"/>
    <w:link w:val="00003c"/>
    <w:uiPriority w:val="29"/>
    <w:rsid w:val="00FC693F"/>
    <w:rPr>
      <w:i w:val="1"/>
      <w:iCs w:val="1"/>
      <w:color w:val="000000" w:themeColor="text1"/>
    </w:rPr>
  </w:style>
  <w:style w:type="table" w:styleId="000051">
    <w:name w:val="Light List"/>
    <w:basedOn w:val="00001a"/>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Col">
      <w:rPr>
        <w:b w:val="1"/>
        <w:bCs w:val="1"/>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firstRow">
      <w:pPr>
        <w:spacing w:before="0" w:after="0" w:line="240" w:lineRule="auto"/>
      </w:pPr>
      <w:rPr>
        <w:b w:val="1"/>
        <w:bCs w:val="1"/>
        <w:color w:val="FFFFFF" w:themeColor="background1"/>
      </w:rPr>
      <w:tblPr/>
      <w:tcPr>
        <w:shd w:val="clear" w:color="auto" w:fill="000000" w:themeFill="text1"/>
      </w:tcPr>
    </w:tblStylePr>
    <w:tblStylePr w:type="lastCol">
      <w:rPr>
        <w:b w:val="1"/>
        <w:bCs w:val="1"/>
      </w:r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pPr>
        <w:spacing w:before="0" w:after="0" w:line="240" w:lineRule="auto"/>
      </w:pPr>
      <w:rPr>
        <w:b w:val="1"/>
        <w:bCs w:val="1"/>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style>
  <w:style w:type="table" w:styleId="00006c">
    <w:name w:val="Medium Shading 2 Accent 6"/>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Horz">
      <w:tblPr/>
      <w:tcPr>
        <w:shd w:val="clear" w:color="auto" w:fill="D8D8D8" w:themeFill="background1" w:themeFillShade="D8"/>
      </w:tcPr>
    </w:tblStylePr>
    <w:tblStylePr w:type="lastCol">
      <w:rPr>
        <w:b w:val="1"/>
        <w:bCs w:val="1"/>
        <w:color w:val="FFFFFF" w:themeColor="background1"/>
      </w:rPr>
      <w:tblPr/>
      <w:tcPr>
        <w:tcBorders>
          <w:left w:val="nil"/>
          <w:right w:val="nil"/>
          <w:insideH w:val="nil"/>
          <w:insideV w:val="nil"/>
        </w:tcBorders>
        <w:shd w:val="clear" w:color="auto" w:fill="F79646" w:themeFill="accent6"/>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F79646" w:themeFill="accent6"/>
      </w:tcPr>
    </w:tblStylePr>
  </w:style>
  <w:style w:type="paragraph" w:styleId="000024">
    <w:name w:val="Body Text 2"/>
    <w:basedOn w:val="000002"/>
    <w:link w:val="000025"/>
    <w:uiPriority w:val="99"/>
    <w:unhideWhenUsed w:val="1"/>
    <w:rsid w:val="00AA1D8D"/>
    <w:pPr>
      <w:spacing w:after="120" w:line="480" w:lineRule="auto"/>
    </w:pPr>
  </w:style>
  <w:style w:type="table" w:styleId="0000a9">
    <w:name w:val="Colorful Grid Accent 4"/>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lastRow">
      <w:rPr>
        <w:b w:val="1"/>
        <w:bCs w:val="1"/>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Horz">
      <w:tblPr/>
      <w:tcPr>
        <w:shd w:val="clear" w:color="auto" w:fill="BFB1D0" w:themeFill="accent4" w:themeFillTint="7F"/>
      </w:tcPr>
    </w:tblStylePr>
    <w:tblStylePr w:type="band1Vert">
      <w:tblPr/>
      <w:tcPr>
        <w:shd w:val="clear" w:color="auto" w:fill="BFB1D0" w:themeFill="accent4" w:themeFillTint="7F"/>
      </w:tcPr>
    </w:tblStylePr>
    <w:tblStylePr w:type="firstRow">
      <w:rPr>
        <w:b w:val="1"/>
        <w:bCs w:val="1"/>
      </w:rPr>
      <w:tblPr/>
      <w:tcPr>
        <w:shd w:val="clear" w:color="auto" w:fill="CCC0D9" w:themeFill="accent4" w:themeFillTint="66"/>
      </w:tcPr>
    </w:tblStylePr>
  </w:style>
  <w:style w:type="table" w:styleId="00006e">
    <w:name w:val="Medium List 1 Accent 1"/>
    <w:basedOn w:val="00001a"/>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lastCol">
      <w:rPr>
        <w:b w:val="1"/>
        <w:bCs w:val="1"/>
      </w:rPr>
      <w:tblPr/>
      <w:tcPr>
        <w:tcBorders>
          <w:top w:val="single" w:color="4F81BD" w:themeColor="accent1" w:sz="8" w:space="0"/>
          <w:bottom w:val="single" w:color="4F81BD" w:themeColor="accent1" w:sz="8" w:space="0"/>
        </w:tcBorders>
      </w:tcPr>
    </w:tblStylePr>
    <w:tblStylePr w:type="lastRow">
      <w:rPr>
        <w:b w:val="1"/>
        <w:bCs w:val="1"/>
        <w:color w:val="1F497D" w:themeColor="text2"/>
      </w:rPr>
      <w:tblPr/>
      <w:tcPr>
        <w:tcBorders>
          <w:top w:val="single" w:color="4F81BD" w:themeColor="accent1" w:sz="8" w:space="0"/>
          <w:bottom w:val="single" w:color="4F81BD" w:themeColor="accent1" w:sz="8" w:space="0"/>
        </w:tcBorders>
      </w:tcPr>
    </w:tblStylePr>
    <w:tblStylePr w:type="band1Horz">
      <w:tblPr/>
      <w:tcPr>
        <w:shd w:val="clear" w:color="auto" w:fill="D3DFEE" w:themeFill="accent1" w:themeFillTint="3F"/>
      </w:tcPr>
    </w:tblStylePr>
    <w:tblStylePr w:type="firstCol">
      <w:rPr>
        <w:b w:val="1"/>
        <w:bCs w:val="1"/>
      </w:rPr>
    </w:tblStylePr>
    <w:tblStylePr w:type="band1Vert">
      <w:tblPr/>
      <w:tcPr>
        <w:shd w:val="clear" w:color="auto" w:fill="D3DFEE" w:themeFill="accent1" w:themeFillTint="3F"/>
      </w:tcPr>
    </w:tblStylePr>
    <w:tblStylePr w:type="firstRow">
      <w:rPr>
        <w:rFonts w:asciiTheme="majorHAnsi" w:hAnsiTheme="majorHAnsi" w:eastAsiaTheme="majorEastAsia" w:cstheme="majorBidi"/>
      </w:rPr>
      <w:tblPr/>
      <w:tcPr>
        <w:tcBorders>
          <w:top w:val="nil"/>
          <w:bottom w:val="single" w:color="4F81BD" w:themeColor="accent1" w:sz="8" w:space="0"/>
        </w:tcBorders>
      </w:tcPr>
    </w:tblStylePr>
  </w:style>
  <w:style w:type="character" w:styleId="000019" w:customStyle="1">
    <w:name w:val="Heading 9 Char"/>
    <w:basedOn w:val="000005"/>
    <w:link w:val="000018"/>
    <w:uiPriority w:val="9"/>
    <w:semiHidden w:val="1"/>
    <w:rsid w:val="00FC693F"/>
    <w:rPr>
      <w:rFonts w:asciiTheme="majorHAnsi" w:hAnsiTheme="majorHAnsi" w:eastAsiaTheme="majorEastAsia" w:cstheme="majorBidi"/>
      <w:i w:val="1"/>
      <w:iCs w:val="1"/>
      <w:color w:val="404040" w:themeColor="text1" w:themeTint="BF"/>
      <w:sz w:val="20"/>
      <w:szCs w:val="20"/>
    </w:rPr>
  </w:style>
  <w:style w:type="character" w:styleId="000045">
    <w:name w:val="Subtle Reference"/>
    <w:basedOn w:val="000005"/>
    <w:uiPriority w:val="31"/>
    <w:qFormat w:val="1"/>
    <w:rsid w:val="00FC693F"/>
    <w:rPr>
      <w:smallCaps w:val="1"/>
      <w:color w:val="C0504D" w:themeColor="accent2"/>
      <w:u w:val="single"/>
    </w:rPr>
  </w:style>
  <w:style w:type="table" w:styleId="000065">
    <w:name w:val="Medium Shading 1 Accent 6"/>
    <w:basedOn w:val="00001a"/>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band2Horz">
      <w:tblPr/>
      <w:tcPr>
        <w:tcBorders>
          <w:insideH w:val="nil"/>
          <w:insideV w:val="nil"/>
        </w:tcBorders>
      </w:tcPr>
    </w:tblStylePr>
    <w:tblStylePr w:type="lastCol">
      <w:rPr>
        <w:b w:val="1"/>
        <w:bCs w:val="1"/>
      </w:rPr>
    </w:tblStylePr>
    <w:tblStylePr w:type="firstCol">
      <w:rPr>
        <w:b w:val="1"/>
        <w:bCs w:val="1"/>
      </w:rPr>
    </w:tblStylePr>
    <w:tblStylePr w:type="lastRow">
      <w:pPr>
        <w:spacing w:before="0" w:after="0" w:line="240" w:lineRule="auto"/>
      </w:pPr>
      <w:rPr>
        <w:b w:val="1"/>
        <w:bCs w:val="1"/>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band1Horz">
      <w:tblPr/>
      <w:tcPr>
        <w:tcBorders>
          <w:insideH w:val="nil"/>
          <w:insideV w:val="nil"/>
        </w:tcBorders>
        <w:shd w:val="clear" w:color="auto" w:fill="FDE4D0" w:themeFill="accent6" w:themeFillTint="3F"/>
      </w:tcPr>
    </w:tblStylePr>
    <w:tblStylePr w:type="band1Vert">
      <w:tblPr/>
      <w:tcPr>
        <w:shd w:val="clear" w:color="auto" w:fill="FDE4D0" w:themeFill="accent6" w:themeFillTint="3F"/>
      </w:tcPr>
    </w:tblStylePr>
    <w:tblStylePr w:type="firstRow">
      <w:pPr>
        <w:spacing w:before="0" w:after="0" w:line="240" w:lineRule="auto"/>
      </w:pPr>
      <w:rPr>
        <w:b w:val="1"/>
        <w:bCs w:val="1"/>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style>
  <w:style w:type="paragraph" w:styleId="00003e">
    <w:name w:val="caption"/>
    <w:basedOn w:val="000002"/>
    <w:next w:val="000002"/>
    <w:uiPriority w:val="35"/>
    <w:semiHidden w:val="1"/>
    <w:unhideWhenUsed w:val="1"/>
    <w:qFormat w:val="1"/>
    <w:rsid w:val="00FC693F"/>
    <w:pPr>
      <w:spacing w:line="240" w:lineRule="auto"/>
    </w:pPr>
    <w:rPr>
      <w:b w:val="1"/>
      <w:bCs w:val="1"/>
      <w:color w:val="4F81BD" w:themeColor="accent1"/>
      <w:sz w:val="18"/>
      <w:szCs w:val="18"/>
    </w:rPr>
  </w:style>
  <w:style w:type="table" w:styleId="000092">
    <w:name w:val="Dark List Accent 2"/>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style>
  <w:style w:type="character" w:styleId="000005" w:default="1">
    <w:name w:val="Default Paragraph Font"/>
    <w:uiPriority w:val="1"/>
    <w:semiHidden w:val="1"/>
    <w:unhideWhenUsed w:val="1"/>
  </w:style>
  <w:style w:type="table" w:styleId="000068">
    <w:name w:val="Medium Shading 2 Accent 2"/>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Col">
      <w:rPr>
        <w:b w:val="1"/>
        <w:bCs w:val="1"/>
        <w:color w:val="FFFFFF" w:themeColor="background1"/>
      </w:rPr>
      <w:tblPr/>
      <w:tcPr>
        <w:tcBorders>
          <w:left w:val="nil"/>
          <w:right w:val="nil"/>
          <w:insideH w:val="nil"/>
          <w:insideV w:val="nil"/>
        </w:tcBorders>
        <w:shd w:val="clear" w:color="auto" w:fill="C0504D" w:themeFill="accent2"/>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band1Horz">
      <w:tblPr/>
      <w:tcPr>
        <w:shd w:val="clear" w:color="auto" w:fill="D8D8D8" w:themeFill="background1" w:themeFillShade="D8"/>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neCell">
      <w:tblPr/>
      <w:tcPr>
        <w:tcBorders>
          <w:top w:val="single" w:color="auto" w:sz="18" w:space="0"/>
          <w:left w:val="nil"/>
          <w:bottom w:val="single" w:color="auto" w:sz="18" w:space="0"/>
          <w:right w:val="nil"/>
          <w:insideH w:val="nil"/>
          <w:insideV w:val="nil"/>
        </w:tcBorders>
      </w:tcPr>
    </w:tblStylePr>
  </w:style>
  <w:style w:type="character" w:styleId="000046">
    <w:name w:val="Intense Reference"/>
    <w:basedOn w:val="000005"/>
    <w:uiPriority w:val="32"/>
    <w:qFormat w:val="1"/>
    <w:rsid w:val="00FC693F"/>
    <w:rPr>
      <w:b w:val="1"/>
      <w:bCs w:val="1"/>
      <w:smallCaps w:val="1"/>
      <w:color w:val="C0504D" w:themeColor="accent2"/>
      <w:spacing w:val="5"/>
      <w:u w:val="single"/>
    </w:rPr>
  </w:style>
  <w:style w:type="table" w:styleId="00005d">
    <w:name w:val="Light Grid Accent 5"/>
    <w:basedOn w:val="00001a"/>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lastRow">
      <w:pPr>
        <w:spacing w:before="0" w:after="0" w:line="240" w:lineRule="auto"/>
      </w:pPr>
      <w:rPr>
        <w:rFonts w:asciiTheme="majorHAnsi" w:hAnsiTheme="majorHAnsi" w:eastAsiaTheme="majorEastAsia" w:cstheme="majorBidi"/>
        <w:b w:val="1"/>
        <w:bCs w:val="1"/>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Col">
      <w:rPr>
        <w:rFonts w:asciiTheme="majorHAnsi" w:hAnsiTheme="majorHAnsi" w:eastAsiaTheme="majorEastAsia" w:cstheme="majorBidi"/>
        <w:b w:val="1"/>
        <w:bCs w:val="1"/>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firstCol">
      <w:rPr>
        <w:rFonts w:asciiTheme="majorHAnsi" w:hAnsiTheme="majorHAnsi" w:eastAsiaTheme="majorEastAsia" w:cstheme="majorBidi"/>
        <w:b w:val="1"/>
        <w:bCs w:val="1"/>
      </w:r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style>
  <w:style w:type="paragraph" w:styleId="000029">
    <w:name w:val="List 2"/>
    <w:basedOn w:val="000002"/>
    <w:uiPriority w:val="99"/>
    <w:unhideWhenUsed w:val="1"/>
    <w:rsid w:val="00326F90"/>
    <w:pPr>
      <w:ind w:left="720" w:hanging="360"/>
      <w:contextualSpacing w:val="1"/>
    </w:pPr>
  </w:style>
  <w:style w:type="character" w:styleId="000044">
    <w:name w:val="Intense Emphasis"/>
    <w:basedOn w:val="000005"/>
    <w:uiPriority w:val="21"/>
    <w:qFormat w:val="1"/>
    <w:rsid w:val="00FC693F"/>
    <w:rPr>
      <w:b w:val="1"/>
      <w:bCs w:val="1"/>
      <w:i w:val="1"/>
      <w:iCs w:val="1"/>
      <w:color w:val="4F81BD" w:themeColor="accent1"/>
    </w:rPr>
  </w:style>
  <w:style w:type="table" w:styleId="000091">
    <w:name w:val="Dark List Accent 1"/>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00008f">
    <w:name w:val="Medium Grid 3 Accent 6"/>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style>
  <w:style w:type="table" w:styleId="000093">
    <w:name w:val="Dark List Accent 3"/>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00005b">
    <w:name w:val="Light Grid Accent 3"/>
    <w:basedOn w:val="00001a"/>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lastCol">
      <w:rPr>
        <w:rFonts w:asciiTheme="majorHAnsi" w:hAnsiTheme="majorHAnsi" w:eastAsiaTheme="majorEastAsia" w:cstheme="majorBidi"/>
        <w:b w:val="1"/>
        <w:bCs w:val="1"/>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tblStylePr w:type="firstCol">
      <w:rPr>
        <w:rFonts w:asciiTheme="majorHAnsi" w:hAnsiTheme="majorHAnsi" w:eastAsiaTheme="majorEastAsia" w:cstheme="majorBidi"/>
        <w:b w:val="1"/>
        <w:bCs w:val="1"/>
      </w:r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lastRow">
      <w:pPr>
        <w:spacing w:before="0" w:after="0" w:line="240" w:lineRule="auto"/>
      </w:pPr>
      <w:rPr>
        <w:rFonts w:asciiTheme="majorHAnsi" w:hAnsiTheme="majorHAnsi" w:eastAsiaTheme="majorEastAsia" w:cstheme="majorBidi"/>
        <w:b w:val="1"/>
        <w:bCs w:val="1"/>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style>
  <w:style w:type="table" w:styleId="000077">
    <w:name w:val="Medium List 2 Accent 3"/>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E6EED5" w:themeFill="accent3" w:themeFillTint="3F"/>
      </w:tcPr>
    </w:tblStylePr>
    <w:tblStylePr w:type="swCell">
      <w:tblPr/>
      <w:tcPr>
        <w:tcBorders>
          <w:top w:val="nil"/>
        </w:tcBorders>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nwCell">
      <w:tblPr/>
      <w:tcPr>
        <w:shd w:val="clear" w:color="auto" w:fill="FFFFFF" w:themeFill="background1"/>
      </w:tcPr>
    </w:tblStylePr>
  </w:style>
  <w:style w:type="table" w:styleId="00004a">
    <w:name w:val="Light Shading"/>
    <w:basedOn w:val="00001a"/>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band1Vert">
      <w:tblPr/>
      <w:tcPr>
        <w:tcBorders>
          <w:left w:val="nil"/>
          <w:right w:val="nil"/>
          <w:insideH w:val="nil"/>
          <w:insideV w:val="nil"/>
        </w:tcBorders>
        <w:shd w:val="clear" w:color="auto" w:fill="C0C0C0" w:themeFill="text1" w:themeFillTint="3F"/>
      </w:tcPr>
    </w:tblStylePr>
    <w:tblStylePr w:type="lastCol">
      <w:rPr>
        <w:b w:val="1"/>
        <w:bCs w:val="1"/>
      </w:rPr>
    </w:tblStylePr>
    <w:tblStylePr w:type="firstRow">
      <w:pPr>
        <w:spacing w:before="0" w:after="0" w:line="240" w:lineRule="auto"/>
      </w:pPr>
      <w:rPr>
        <w:b w:val="1"/>
        <w:bCs w:val="1"/>
      </w:rPr>
      <w:tblPr/>
      <w:tcPr>
        <w:tcBorders>
          <w:top w:val="single" w:color="000000" w:themeColor="text1" w:sz="8" w:space="0"/>
          <w:left w:val="nil"/>
          <w:bottom w:val="single" w:color="000000" w:themeColor="text1" w:sz="8" w:space="0"/>
          <w:right w:val="nil"/>
          <w:insideH w:val="nil"/>
          <w:insideV w:val="nil"/>
        </w:tcBorders>
      </w:tcPr>
    </w:tblStylePr>
    <w:tblStylePr w:type="firstCol">
      <w:rPr>
        <w:b w:val="1"/>
        <w:bCs w:val="1"/>
      </w:rPr>
    </w:tblStylePr>
    <w:tblStylePr w:type="band1Horz">
      <w:tblPr/>
      <w:tcPr>
        <w:tcBorders>
          <w:left w:val="nil"/>
          <w:right w:val="nil"/>
          <w:insideH w:val="nil"/>
          <w:insideV w:val="nil"/>
        </w:tcBorders>
        <w:shd w:val="clear" w:color="auto" w:fill="C0C0C0" w:themeFill="text1" w:themeFillTint="3F"/>
      </w:tcPr>
    </w:tblStylePr>
    <w:tblStylePr w:type="lastRow">
      <w:pPr>
        <w:spacing w:before="0" w:after="0" w:line="240" w:lineRule="auto"/>
      </w:pPr>
      <w:rPr>
        <w:b w:val="1"/>
        <w:bCs w:val="1"/>
      </w:rPr>
      <w:tblPr/>
      <w:tcPr>
        <w:tcBorders>
          <w:top w:val="single" w:color="000000" w:themeColor="text1" w:sz="8" w:space="0"/>
          <w:left w:val="nil"/>
          <w:bottom w:val="single" w:color="000000" w:themeColor="text1" w:sz="8" w:space="0"/>
          <w:right w:val="nil"/>
          <w:insideH w:val="nil"/>
          <w:insideV w:val="nil"/>
        </w:tcBorders>
      </w:tcPr>
    </w:tblStylePr>
  </w:style>
  <w:style w:type="paragraph" w:styleId="00000e">
    <w:name w:val="heading 4"/>
    <w:basedOn w:val="000002"/>
    <w:next w:val="000002"/>
    <w:link w:val="00000f"/>
    <w:uiPriority w:val="9"/>
    <w:semiHidden w:val="1"/>
    <w:unhideWhenUsed w:val="1"/>
    <w:qFormat w:val="1"/>
    <w:rsid w:val="00FC693F"/>
    <w:pPr>
      <w:keepNext w:val="1"/>
      <w:keepLines w:val="1"/>
      <w:spacing w:before="200" w:after="0"/>
      <w:outlineLvl w:val="3"/>
    </w:pPr>
    <w:rPr>
      <w:rFonts w:asciiTheme="majorHAnsi" w:hAnsiTheme="majorHAnsi" w:eastAsiaTheme="majorEastAsia" w:cstheme="majorBidi"/>
      <w:b w:val="1"/>
      <w:bCs w:val="1"/>
      <w:i w:val="1"/>
      <w:iCs w:val="1"/>
      <w:color w:val="4F81BD" w:themeColor="accent1"/>
    </w:rPr>
  </w:style>
  <w:style w:type="paragraph" w:styleId="000034">
    <w:name w:val="List Number 2"/>
    <w:basedOn w:val="000002"/>
    <w:uiPriority w:val="99"/>
    <w:unhideWhenUsed w:val="1"/>
    <w:rsid w:val="0029639D"/>
    <w:pPr>
      <w:numPr>
        <w:numId w:val="5"/>
      </w:numPr>
      <w:contextualSpacing w:val="1"/>
    </w:pPr>
  </w:style>
  <w:style w:type="table" w:styleId="000086">
    <w:name w:val="Medium Grid 2 Accent 4"/>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Row">
      <w:rPr>
        <w:b w:val="1"/>
        <w:bCs w:val="1"/>
        <w:color w:val="000000" w:themeColor="text1"/>
      </w:rPr>
      <w:tblPr/>
      <w:tcPr>
        <w:shd w:val="clear" w:color="auto" w:fill="F2EFF6" w:themeFill="accent4" w:themeFillTint="19"/>
      </w:tcPr>
    </w:tblStylePr>
    <w:tblStylePr w:type="band1Vert">
      <w:tblPr/>
      <w:tcPr>
        <w:shd w:val="clear" w:color="auto" w:fill="BFB1D0" w:themeFill="accent4" w:themeFillTint="7F"/>
      </w:tcPr>
    </w:tblStylePr>
  </w:style>
  <w:style w:type="paragraph" w:styleId="00000c">
    <w:name w:val="heading 3"/>
    <w:basedOn w:val="000002"/>
    <w:next w:val="000002"/>
    <w:link w:val="00000d"/>
    <w:uiPriority w:val="9"/>
    <w:unhideWhenUsed w:val="1"/>
    <w:qFormat w:val="1"/>
    <w:rsid w:val="00FC693F"/>
    <w:pPr>
      <w:keepNext w:val="1"/>
      <w:keepLines w:val="1"/>
      <w:spacing w:before="200" w:after="0"/>
      <w:outlineLvl w:val="2"/>
    </w:pPr>
    <w:rPr>
      <w:rFonts w:asciiTheme="majorHAnsi" w:hAnsiTheme="majorHAnsi" w:eastAsiaTheme="majorEastAsia" w:cstheme="majorBidi"/>
      <w:b w:val="1"/>
      <w:bCs w:val="1"/>
      <w:color w:val="4F81BD" w:themeColor="accent1"/>
    </w:rPr>
  </w:style>
  <w:style w:type="table" w:styleId="00005c">
    <w:name w:val="Light Grid Accent 4"/>
    <w:basedOn w:val="00001a"/>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lastRow">
      <w:pPr>
        <w:spacing w:before="0" w:after="0" w:line="240" w:lineRule="auto"/>
      </w:pPr>
      <w:rPr>
        <w:rFonts w:asciiTheme="majorHAnsi" w:hAnsiTheme="majorHAnsi" w:eastAsiaTheme="majorEastAsia" w:cstheme="majorBidi"/>
        <w:b w:val="1"/>
        <w:bCs w:val="1"/>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val="1"/>
        <w:bCs w:val="1"/>
      </w:r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lastCol">
      <w:rPr>
        <w:rFonts w:asciiTheme="majorHAnsi" w:hAnsiTheme="majorHAnsi" w:eastAsiaTheme="majorEastAsia" w:cstheme="majorBidi"/>
        <w:b w:val="1"/>
        <w:bCs w:val="1"/>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firstRow">
      <w:pPr>
        <w:spacing w:before="0" w:after="0" w:line="240" w:lineRule="auto"/>
      </w:pPr>
      <w:rPr>
        <w:rFonts w:asciiTheme="majorHAnsi" w:hAnsiTheme="majorHAnsi" w:eastAsiaTheme="majorEastAsia" w:cstheme="majorBidi"/>
        <w:b w:val="1"/>
        <w:bCs w:val="1"/>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000063">
    <w:name w:val="Medium Shading 1 Accent 4"/>
    <w:basedOn w:val="00001a"/>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val="1"/>
        <w:bCs w:val="1"/>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band2Horz">
      <w:tblPr/>
      <w:tcPr>
        <w:tcBorders>
          <w:insideH w:val="nil"/>
          <w:insideV w:val="nil"/>
        </w:tcBorders>
      </w:tcPr>
    </w:tblStylePr>
    <w:tblStylePr w:type="lastCol">
      <w:rPr>
        <w:b w:val="1"/>
        <w:bCs w:val="1"/>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firstCol">
      <w:rPr>
        <w:b w:val="1"/>
        <w:bCs w:val="1"/>
      </w:rPr>
    </w:tblStylePr>
    <w:tblStylePr w:type="lastRow">
      <w:pPr>
        <w:spacing w:before="0" w:after="0" w:line="240" w:lineRule="auto"/>
      </w:pPr>
      <w:rPr>
        <w:b w:val="1"/>
        <w:bCs w:val="1"/>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style>
  <w:style w:type="table" w:styleId="000052">
    <w:name w:val="Light List Accent 1"/>
    <w:basedOn w:val="00001a"/>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Col">
      <w:rPr>
        <w:b w:val="1"/>
        <w:bCs w:val="1"/>
      </w:rPr>
    </w:tblStylePr>
    <w:tblStylePr w:type="lastRow">
      <w:pPr>
        <w:spacing w:before="0" w:after="0" w:line="240" w:lineRule="auto"/>
      </w:pPr>
      <w:rPr>
        <w:b w:val="1"/>
        <w:bCs w:val="1"/>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lastCol">
      <w:rPr>
        <w:b w:val="1"/>
        <w:bCs w:val="1"/>
      </w:r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firstRow">
      <w:pPr>
        <w:spacing w:before="0" w:after="0" w:line="240" w:lineRule="auto"/>
      </w:pPr>
      <w:rPr>
        <w:b w:val="1"/>
        <w:bCs w:val="1"/>
        <w:color w:val="FFFFFF" w:themeColor="background1"/>
      </w:rPr>
      <w:tblPr/>
      <w:tcPr>
        <w:shd w:val="clear" w:color="auto" w:fill="4F81BD" w:themeFill="accent1"/>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paragraph" w:styleId="000037">
    <w:name w:val="List Continue"/>
    <w:basedOn w:val="000002"/>
    <w:uiPriority w:val="99"/>
    <w:unhideWhenUsed w:val="1"/>
    <w:rsid w:val="0029639D"/>
    <w:pPr>
      <w:spacing w:after="120"/>
      <w:ind w:left="360"/>
      <w:contextualSpacing w:val="1"/>
    </w:pPr>
  </w:style>
  <w:style w:type="character" w:styleId="000027" w:customStyle="1">
    <w:name w:val="Body Text 3 Char"/>
    <w:basedOn w:val="000005"/>
    <w:link w:val="000026"/>
    <w:uiPriority w:val="99"/>
    <w:rsid w:val="00AA1D8D"/>
    <w:rPr>
      <w:sz w:val="16"/>
      <w:szCs w:val="16"/>
    </w:rPr>
  </w:style>
  <w:style w:type="paragraph" w:styleId="000014">
    <w:name w:val="heading 7"/>
    <w:basedOn w:val="000002"/>
    <w:next w:val="000002"/>
    <w:link w:val="000015"/>
    <w:uiPriority w:val="9"/>
    <w:semiHidden w:val="1"/>
    <w:unhideWhenUsed w:val="1"/>
    <w:qFormat w:val="1"/>
    <w:rsid w:val="00FC693F"/>
    <w:pPr>
      <w:keepNext w:val="1"/>
      <w:keepLines w:val="1"/>
      <w:spacing w:before="200" w:after="0"/>
      <w:outlineLvl w:val="6"/>
    </w:pPr>
    <w:rPr>
      <w:rFonts w:asciiTheme="majorHAnsi" w:hAnsiTheme="majorHAnsi" w:eastAsiaTheme="majorEastAsia" w:cstheme="majorBidi"/>
      <w:i w:val="1"/>
      <w:iCs w:val="1"/>
      <w:color w:val="404040" w:themeColor="text1" w:themeTint="BF"/>
    </w:rPr>
  </w:style>
  <w:style w:type="table" w:styleId="00009b">
    <w:name w:val="Colorful Shading Accent 4"/>
    <w:basedOn w:val="00001a"/>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firstRow">
      <w:rPr>
        <w:b w:val="1"/>
        <w:bCs w:val="1"/>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val="1"/>
        <w:bCs w:val="1"/>
        <w:color w:val="FFFFFF" w:themeColor="background1"/>
      </w:rPr>
      <w:tblPr/>
      <w:tcPr>
        <w:tcBorders>
          <w:top w:val="single" w:color="FFFFFF" w:themeColor="background1" w:sz="6" w:space="0"/>
        </w:tcBorders>
        <w:shd w:val="clear" w:color="auto" w:fill="4C3B62" w:themeFill="accent4" w:themeFillShade="99"/>
      </w:tcPr>
    </w:tblStylePr>
    <w:tblStylePr w:type="band1Horz">
      <w:tblPr/>
      <w:tcPr>
        <w:shd w:val="clear" w:color="auto" w:fill="BFB1D0" w:themeFill="accent4" w:themeFillTint="7F"/>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style>
  <w:style w:type="table" w:styleId="0000a4">
    <w:name w:val="Colorful List Accent 6"/>
    <w:basedOn w:val="00001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band1Vert">
      <w:tblPr/>
      <w:tcPr>
        <w:tcBorders>
          <w:top w:val="nil"/>
          <w:left w:val="nil"/>
          <w:bottom w:val="nil"/>
          <w:right w:val="nil"/>
          <w:insideH w:val="nil"/>
          <w:insideV w:val="nil"/>
        </w:tcBorders>
        <w:shd w:val="clear" w:color="auto" w:fill="FDE4D0" w:themeFill="accent6" w:themeFillTint="3F"/>
      </w:tcPr>
    </w:tblStylePr>
    <w:tblStylePr w:type="lastRow">
      <w:rPr>
        <w:b w:val="1"/>
        <w:bCs w:val="1"/>
        <w:color w:val="348DA5" w:themeColor="accent5" w:themeShade="CC"/>
      </w:rPr>
      <w:tblPr/>
      <w:tcPr>
        <w:tcBorders>
          <w:top w:val="single" w:color="000000" w:themeColor="text1" w:sz="12" w:space="0"/>
        </w:tcBorders>
        <w:shd w:val="clear" w:color="auto" w:fill="FFFFFF" w:themeFill="background1"/>
      </w:tcPr>
    </w:tblStylePr>
    <w:tblStylePr w:type="firstCol">
      <w:rPr>
        <w:b w:val="1"/>
        <w:bCs w:val="1"/>
      </w:rPr>
    </w:tblStylePr>
    <w:tblStylePr w:type="band1Horz">
      <w:tblPr/>
      <w:tcPr>
        <w:shd w:val="clear" w:color="auto" w:fill="FDE9D9" w:themeFill="accent6" w:themeFillTint="33"/>
      </w:tcPr>
    </w:tblStylePr>
    <w:tblStylePr w:type="lastCol">
      <w:rPr>
        <w:b w:val="1"/>
        <w:bCs w:val="1"/>
      </w:rPr>
    </w:tblStylePr>
    <w:tblStylePr w:type="firstRow">
      <w:rPr>
        <w:b w:val="1"/>
        <w:bCs w:val="1"/>
        <w:color w:val="FFFFFF" w:themeColor="background1"/>
      </w:rPr>
      <w:tblPr/>
      <w:tcPr>
        <w:tcBorders>
          <w:bottom w:val="single" w:color="FFFFFF" w:themeColor="background1" w:sz="12" w:space="0"/>
        </w:tcBorders>
        <w:shd w:val="clear" w:color="auto" w:fill="348DA5" w:themeFill="accent5" w:themeFillShade="CC"/>
      </w:tcPr>
    </w:tblStylePr>
  </w:style>
  <w:style w:type="table" w:styleId="00009a">
    <w:name w:val="Colorful Shading Accent 3"/>
    <w:basedOn w:val="00001a"/>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lastRow">
      <w:rPr>
        <w:b w:val="1"/>
        <w:bCs w:val="1"/>
        <w:color w:val="FFFFFF" w:themeColor="background1"/>
      </w:rPr>
      <w:tblPr/>
      <w:tcPr>
        <w:tcBorders>
          <w:top w:val="single" w:color="FFFFFF" w:themeColor="background1" w:sz="6" w:space="0"/>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firstRow">
      <w:rPr>
        <w:b w:val="1"/>
        <w:bCs w:val="1"/>
      </w:rPr>
      <w:tblPr/>
      <w:tcPr>
        <w:tcBorders>
          <w:top w:val="nil"/>
          <w:left w:val="nil"/>
          <w:bottom w:val="single" w:color="8064A2" w:themeColor="accent4" w:sz="24" w:space="0"/>
          <w:right w:val="nil"/>
          <w:insideH w:val="nil"/>
          <w:insideV w:val="nil"/>
        </w:tcBorders>
        <w:shd w:val="clear" w:color="auto" w:fill="FFFFFF" w:themeFill="background1"/>
      </w:tcPr>
    </w:tblStylePr>
    <w:tblStylePr w:type="band1Horz">
      <w:tblPr/>
      <w:tcPr>
        <w:shd w:val="clear" w:color="auto" w:fill="CDDDAC" w:themeFill="accent3" w:themeFillTint="7F"/>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style>
  <w:style w:type="table" w:styleId="000053">
    <w:name w:val="Light List Accent 2"/>
    <w:basedOn w:val="00001a"/>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lastCol">
      <w:rPr>
        <w:b w:val="1"/>
        <w:bCs w:val="1"/>
      </w:rPr>
    </w:tblStylePr>
    <w:tblStylePr w:type="firstRow">
      <w:pPr>
        <w:spacing w:before="0" w:after="0" w:line="240" w:lineRule="auto"/>
      </w:pPr>
      <w:rPr>
        <w:b w:val="1"/>
        <w:bCs w:val="1"/>
        <w:color w:val="FFFFFF" w:themeColor="background1"/>
      </w:rPr>
      <w:tblPr/>
      <w:tcPr>
        <w:shd w:val="clear" w:color="auto" w:fill="C0504D" w:themeFill="accent2"/>
      </w:tcPr>
    </w:tblStylePr>
    <w:tblStylePr w:type="lastRow">
      <w:pPr>
        <w:spacing w:before="0" w:after="0" w:line="240" w:lineRule="auto"/>
      </w:pPr>
      <w:rPr>
        <w:b w:val="1"/>
        <w:bCs w:val="1"/>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firstCol">
      <w:rPr>
        <w:b w:val="1"/>
        <w:bCs w:val="1"/>
      </w:r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paragraph" w:styleId="00001d">
    <w:name w:val="Title"/>
    <w:basedOn w:val="000002"/>
    <w:next w:val="000002"/>
    <w:link w:val="00001e"/>
    <w:uiPriority w:val="10"/>
    <w:qFormat w:val="1"/>
    <w:rsid w:val="00FC693F"/>
    <w:pPr>
      <w:pBdr>
        <w:bottom w:val="single" w:color="4F81BD" w:themeColor="accent1" w:sz="8" w:space="4"/>
      </w:pBdr>
      <w:spacing w:after="300" w:line="240" w:lineRule="auto"/>
      <w:contextualSpacing w:val="1"/>
    </w:pPr>
    <w:rPr>
      <w:rFonts w:asciiTheme="majorHAnsi" w:hAnsiTheme="majorHAnsi" w:eastAsiaTheme="majorEastAsia" w:cstheme="majorBidi"/>
      <w:color w:val="17365D" w:themeColor="text2" w:themeShade="BF"/>
      <w:spacing w:val="5"/>
      <w:kern w:val="28"/>
      <w:sz w:val="52"/>
      <w:szCs w:val="52"/>
    </w:rPr>
  </w:style>
  <w:style w:type="paragraph" w:styleId="000026">
    <w:name w:val="Body Text 3"/>
    <w:basedOn w:val="000002"/>
    <w:link w:val="000027"/>
    <w:uiPriority w:val="99"/>
    <w:unhideWhenUsed w:val="1"/>
    <w:rsid w:val="00AA1D8D"/>
    <w:pPr>
      <w:spacing w:after="120"/>
    </w:pPr>
    <w:rPr>
      <w:sz w:val="16"/>
      <w:szCs w:val="16"/>
    </w:rPr>
  </w:style>
  <w:style w:type="table" w:styleId="00009c">
    <w:name w:val="Colorful Shading Accent 5"/>
    <w:basedOn w:val="00001a"/>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neCell">
      <w:rPr>
        <w:color w:val="000000" w:themeColor="text1"/>
      </w:r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firstRow">
      <w:rPr>
        <w:b w:val="1"/>
        <w:bCs w:val="1"/>
      </w:rPr>
      <w:tblPr/>
      <w:tcPr>
        <w:tcBorders>
          <w:top w:val="nil"/>
          <w:left w:val="nil"/>
          <w:bottom w:val="single" w:color="F79646" w:themeColor="accent6" w:sz="24" w:space="0"/>
          <w:right w:val="nil"/>
          <w:insideH w:val="nil"/>
          <w:insideV w:val="nil"/>
        </w:tcBorders>
        <w:shd w:val="clear" w:color="auto" w:fill="FFFFFF" w:themeFill="background1"/>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lastRow">
      <w:rPr>
        <w:b w:val="1"/>
        <w:bCs w:val="1"/>
        <w:color w:val="FFFFFF" w:themeColor="background1"/>
      </w:rPr>
      <w:tblPr/>
      <w:tcPr>
        <w:tcBorders>
          <w:top w:val="single" w:color="FFFFFF" w:themeColor="background1" w:sz="6" w:space="0"/>
        </w:tcBorders>
        <w:shd w:val="clear" w:color="auto" w:fill="276A7C" w:themeFill="accent5" w:themeFillShade="99"/>
      </w:tcPr>
    </w:tblStylePr>
    <w:tblStylePr w:type="nwCell">
      <w:rPr>
        <w:color w:val="000000" w:themeColor="text1"/>
      </w:rPr>
    </w:tblStylePr>
  </w:style>
  <w:style w:type="table" w:styleId="0000aa">
    <w:name w:val="Colorful Grid Accent 5"/>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Col">
      <w:rPr>
        <w:color w:val="FFFFFF" w:themeColor="background1"/>
      </w:rPr>
      <w:tblPr/>
      <w:tcPr>
        <w:shd w:val="clear" w:color="auto" w:fill="31849B" w:themeFill="accent5" w:themeFillShade="BF"/>
      </w:tcPr>
    </w:tblStylePr>
    <w:tblStylePr w:type="firstRow">
      <w:rPr>
        <w:b w:val="1"/>
        <w:bCs w:val="1"/>
      </w:rPr>
      <w:tblPr/>
      <w:tcPr>
        <w:shd w:val="clear" w:color="auto" w:fill="B6DDE8" w:themeFill="accent5" w:themeFillTint="66"/>
      </w:tcPr>
    </w:tblStylePr>
    <w:tblStylePr w:type="band1Horz">
      <w:tblPr/>
      <w:tcPr>
        <w:shd w:val="clear" w:color="auto" w:fill="A5D5E2" w:themeFill="accent5" w:themeFillTint="7F"/>
      </w:tcPr>
    </w:tblStylePr>
    <w:tblStylePr w:type="lastCol">
      <w:rPr>
        <w:color w:val="FFFFFF" w:themeColor="background1"/>
      </w:rPr>
      <w:tblPr/>
      <w:tcPr>
        <w:shd w:val="clear" w:color="auto" w:fill="31849B" w:themeFill="accent5" w:themeFillShade="BF"/>
      </w:tcPr>
    </w:tblStylePr>
    <w:tblStylePr w:type="lastRow">
      <w:rPr>
        <w:b w:val="1"/>
        <w:bCs w:val="1"/>
        <w:color w:val="000000" w:themeColor="text1"/>
      </w:rPr>
      <w:tblPr/>
      <w:tcPr>
        <w:shd w:val="clear" w:color="auto" w:fill="B6DDE8" w:themeFill="accent5" w:themeFillTint="66"/>
      </w:tcPr>
    </w:tblStylePr>
    <w:tblStylePr w:type="band1Vert">
      <w:tblPr/>
      <w:tcPr>
        <w:shd w:val="clear" w:color="auto" w:fill="A5D5E2" w:themeFill="accent5" w:themeFillTint="7F"/>
      </w:tcPr>
    </w:tblStylePr>
  </w:style>
  <w:style w:type="table" w:styleId="000079">
    <w:name w:val="Medium List 2 Accent 5"/>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swCell">
      <w:tblPr/>
      <w:tcPr>
        <w:tcBorders>
          <w:top w:val="nil"/>
        </w:tcBorders>
      </w:tcPr>
    </w:tblStyle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style>
  <w:style w:type="table" w:styleId="00008e">
    <w:name w:val="Medium Grid 3 Accent 5"/>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style>
  <w:style w:type="paragraph" w:styleId="000002" w:default="1">
    <w:name w:val="Normal"/>
    <w:qFormat w:val="1"/>
    <w:rsid w:val="00FC693F"/>
    <w:rPr>
      <w:rFonts w:ascii="SimSun" w:hAnsi="SimSun" w:eastAsia="SimSun"/>
    </w:rPr>
  </w:style>
  <w:style w:type="character" w:styleId="000043">
    <w:name w:val="Subtle Emphasis"/>
    <w:basedOn w:val="000005"/>
    <w:uiPriority w:val="19"/>
    <w:qFormat w:val="1"/>
    <w:rsid w:val="00FC693F"/>
    <w:rPr>
      <w:i w:val="1"/>
      <w:iCs w:val="1"/>
      <w:color w:val="808080" w:themeColor="text1" w:themeTint="7F"/>
    </w:rPr>
  </w:style>
  <w:style w:type="table" w:styleId="000074">
    <w:name w:val="Medium List 2"/>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nwCell">
      <w:tblPr/>
      <w:tcPr>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Horz">
      <w:tblPr/>
      <w:tcPr>
        <w:tcBorders>
          <w:top w:val="nil"/>
          <w:bottom w:val="nil"/>
          <w:insideH w:val="nil"/>
          <w:insideV w:val="nil"/>
        </w:tcBorders>
        <w:shd w:val="clear" w:color="auto" w:fill="C0C0C0" w:themeFill="text1" w:themeFillTint="3F"/>
      </w:tcPr>
    </w:tblStylePr>
    <w:tblStylePr w:type="swCell">
      <w:tblPr/>
      <w:tcPr>
        <w:tcBorders>
          <w:top w:val="nil"/>
        </w:tcBorders>
      </w:tcPr>
    </w:tblStyle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style>
  <w:style w:type="table" w:styleId="000085">
    <w:name w:val="Medium Grid 2 Accent 3"/>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firstRow">
      <w:rPr>
        <w:b w:val="1"/>
        <w:bCs w:val="1"/>
        <w:color w:val="000000" w:themeColor="text1"/>
      </w:rPr>
      <w:tblPr/>
      <w:tcPr>
        <w:shd w:val="clear" w:color="auto" w:fill="F5F8EE" w:themeFill="accent3" w:themeFillTint="19"/>
      </w:tcPr>
    </w:tblStylePr>
    <w:tblStylePr w:type="band1Vert">
      <w:tblPr/>
      <w:tcPr>
        <w:shd w:val="clear" w:color="auto" w:fill="CDDDAC" w:themeFill="accent3" w:themeFillTint="7F"/>
      </w:tcPr>
    </w:tblStylePr>
    <w:tblStylePr w:type="nwCell">
      <w:tblPr/>
      <w:tcPr>
        <w:shd w:val="clear" w:color="auto" w:fill="FFFFFF" w:themeFill="background1"/>
      </w:tcPr>
    </w:tblStylePr>
  </w:style>
  <w:style w:type="table" w:styleId="000078">
    <w:name w:val="Medium List 2 Accent 4"/>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band1Horz">
      <w:tblPr/>
      <w:tcPr>
        <w:tcBorders>
          <w:top w:val="nil"/>
          <w:bottom w:val="nil"/>
          <w:insideH w:val="nil"/>
          <w:insideV w:val="nil"/>
        </w:tcBorders>
        <w:shd w:val="clear" w:color="auto" w:fill="DFD8E8" w:themeFill="accent4" w:themeFillTint="3F"/>
      </w:tcPr>
    </w:tblStylePr>
    <w:tblStylePr w:type="swCell">
      <w:tblPr/>
      <w:tcPr>
        <w:tcBorders>
          <w:top w:val="nil"/>
        </w:tcBorders>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nwCell">
      <w:tblPr/>
      <w:tcPr>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style>
  <w:style w:type="table" w:styleId="00008a">
    <w:name w:val="Medium Grid 3 Accent 1"/>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style>
  <w:style w:type="table" w:styleId="00006d">
    <w:name w:val="Medium List 1"/>
    <w:basedOn w:val="00001a"/>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band1Horz">
      <w:tblPr/>
      <w:tcPr>
        <w:shd w:val="clear" w:color="auto" w:fill="C0C0C0" w:themeFill="text1" w:themeFillTint="3F"/>
      </w:tcPr>
    </w:tblStylePr>
    <w:tblStylePr w:type="firstCol">
      <w:rPr>
        <w:b w:val="1"/>
        <w:bCs w:val="1"/>
      </w:rPr>
    </w:tblStylePr>
    <w:tblStylePr w:type="lastRow">
      <w:rPr>
        <w:b w:val="1"/>
        <w:bCs w:val="1"/>
        <w:color w:val="1F497D" w:themeColor="text2"/>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lastCol">
      <w:rPr>
        <w:b w:val="1"/>
        <w:bCs w:val="1"/>
      </w:rPr>
      <w:tbl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cstheme="majorBidi"/>
      </w:rPr>
      <w:tblPr/>
      <w:tcPr>
        <w:tcBorders>
          <w:top w:val="nil"/>
          <w:bottom w:val="single" w:color="000000" w:themeColor="text1" w:sz="8" w:space="0"/>
        </w:tcBorders>
      </w:tcPr>
    </w:tblStylePr>
  </w:style>
  <w:style w:type="table" w:styleId="000070">
    <w:name w:val="Medium List 1 Accent 3"/>
    <w:basedOn w:val="00001a"/>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lastRow">
      <w:rPr>
        <w:b w:val="1"/>
        <w:bCs w:val="1"/>
        <w:color w:val="1F497D" w:themeColor="text2"/>
      </w:rPr>
      <w:tblPr/>
      <w:tcPr>
        <w:tcBorders>
          <w:top w:val="single" w:color="9BBB59" w:themeColor="accent3" w:sz="8" w:space="0"/>
          <w:bottom w:val="single" w:color="9BBB59" w:themeColor="accent3" w:sz="8" w:space="0"/>
        </w:tcBorders>
      </w:tcPr>
    </w:tblStylePr>
    <w:tblStylePr w:type="firstCol">
      <w:rPr>
        <w:b w:val="1"/>
        <w:bCs w:val="1"/>
      </w:rPr>
    </w:tblStylePr>
    <w:tblStylePr w:type="lastCol">
      <w:rPr>
        <w:b w:val="1"/>
        <w:bCs w:val="1"/>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tblStylePr w:type="firstRow">
      <w:rPr>
        <w:rFonts w:asciiTheme="majorHAnsi" w:hAnsiTheme="majorHAnsi" w:eastAsiaTheme="majorEastAsia" w:cstheme="majorBidi"/>
      </w:rPr>
      <w:tblPr/>
      <w:tcPr>
        <w:tcBorders>
          <w:top w:val="nil"/>
          <w:bottom w:val="single" w:color="9BBB59" w:themeColor="accent3" w:sz="8" w:space="0"/>
        </w:tcBorders>
      </w:tcPr>
    </w:tblStylePr>
  </w:style>
  <w:style w:type="table" w:styleId="000089">
    <w:name w:val="Medium Grid 3"/>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style>
  <w:style w:type="table" w:styleId="00007d">
    <w:name w:val="Medium Grid 1 Accent 2"/>
    <w:basedOn w:val="00001a"/>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lastCol">
      <w:rPr>
        <w:b w:val="1"/>
        <w:bCs w:val="1"/>
      </w:rPr>
    </w:tblStylePr>
    <w:tblStylePr w:type="firstCol">
      <w:rPr>
        <w:b w:val="1"/>
        <w:bCs w:val="1"/>
      </w:rPr>
    </w:tblStylePr>
    <w:tblStylePr w:type="firstRow">
      <w:rPr>
        <w:b w:val="1"/>
        <w:bCs w:val="1"/>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lastRow">
      <w:rPr>
        <w:b w:val="1"/>
        <w:bCs w:val="1"/>
      </w:rPr>
      <w:tblPr/>
      <w:tcPr>
        <w:tcBorders>
          <w:top w:val="single" w:color="CF7B79" w:themeColor="accent2" w:themeTint="BF" w:sz="18" w:space="0"/>
        </w:tcBorders>
      </w:tcPr>
    </w:tblStylePr>
  </w:style>
  <w:style w:type="paragraph" w:styleId="000021">
    <w:name w:val="List Paragraph"/>
    <w:basedOn w:val="000002"/>
    <w:uiPriority w:val="34"/>
    <w:qFormat w:val="1"/>
    <w:rsid w:val="00FC693F"/>
    <w:pPr>
      <w:ind w:left="720"/>
      <w:contextualSpacing w:val="1"/>
    </w:pPr>
  </w:style>
  <w:style w:type="table" w:styleId="00008d">
    <w:name w:val="Medium Grid 3 Accent 4"/>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00005f">
    <w:name w:val="Medium Shading 1"/>
    <w:basedOn w:val="00001a"/>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band2Horz">
      <w:tblPr/>
      <w:tcPr>
        <w:tcBorders>
          <w:insideH w:val="nil"/>
          <w:insideV w:val="nil"/>
        </w:tcBorders>
      </w:tcPr>
    </w:tblStylePr>
    <w:tblStylePr w:type="band1Vert">
      <w:tblPr/>
      <w:tcPr>
        <w:shd w:val="clear" w:color="auto" w:fill="C0C0C0" w:themeFill="text1" w:themeFillTint="3F"/>
      </w:tcPr>
    </w:tblStylePr>
    <w:tblStylePr w:type="lastCol">
      <w:rPr>
        <w:b w:val="1"/>
        <w:bCs w:val="1"/>
      </w:rPr>
    </w:tblStylePr>
    <w:tblStylePr w:type="lastRow">
      <w:pPr>
        <w:spacing w:before="0" w:after="0" w:line="240" w:lineRule="auto"/>
      </w:pPr>
      <w:rPr>
        <w:b w:val="1"/>
        <w:bCs w:val="1"/>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val="1"/>
        <w:bCs w:val="1"/>
      </w:rPr>
    </w:tblStylePr>
    <w:tblStylePr w:type="band1Horz">
      <w:tblPr/>
      <w:tcPr>
        <w:tcBorders>
          <w:insideH w:val="nil"/>
          <w:insideV w:val="nil"/>
        </w:tcBorders>
        <w:shd w:val="clear" w:color="auto" w:fill="C0C0C0" w:themeFill="text1" w:themeFillTint="3F"/>
      </w:tcPr>
    </w:tblStylePr>
    <w:tblStylePr w:type="firstRow">
      <w:pPr>
        <w:spacing w:before="0" w:after="0" w:line="240" w:lineRule="auto"/>
      </w:pPr>
      <w:rPr>
        <w:b w:val="1"/>
        <w:bCs w:val="1"/>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style>
  <w:style w:type="table" w:styleId="000064">
    <w:name w:val="Medium Shading 1 Accent 5"/>
    <w:basedOn w:val="00001a"/>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Col">
      <w:rPr>
        <w:b w:val="1"/>
        <w:bCs w:val="1"/>
      </w:rPr>
    </w:tblStylePr>
    <w:tblStylePr w:type="band1Horz">
      <w:tblPr/>
      <w:tcPr>
        <w:tcBorders>
          <w:insideH w:val="nil"/>
          <w:insideV w:val="nil"/>
        </w:tcBorders>
        <w:shd w:val="clear" w:color="auto" w:fill="D2EAF1" w:themeFill="accent5" w:themeFillTint="3F"/>
      </w:tcPr>
    </w:tblStylePr>
    <w:tblStylePr w:type="firstRow">
      <w:pPr>
        <w:spacing w:before="0" w:after="0" w:line="240" w:lineRule="auto"/>
      </w:pPr>
      <w:rPr>
        <w:b w:val="1"/>
        <w:bCs w:val="1"/>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val="1"/>
        <w:bCs w:val="1"/>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band1Vert">
      <w:tblPr/>
      <w:tcPr>
        <w:shd w:val="clear" w:color="auto" w:fill="D2EAF1" w:themeFill="accent5" w:themeFillTint="3F"/>
      </w:tcPr>
    </w:tblStylePr>
    <w:tblStylePr w:type="band2Horz">
      <w:tblPr/>
      <w:tcPr>
        <w:tcBorders>
          <w:insideH w:val="nil"/>
          <w:insideV w:val="nil"/>
        </w:tcBorders>
      </w:tcPr>
    </w:tblStylePr>
    <w:tblStylePr w:type="lastCol">
      <w:rPr>
        <w:b w:val="1"/>
        <w:bCs w:val="1"/>
      </w:rPr>
    </w:tblStylePr>
  </w:style>
  <w:style w:type="character" w:styleId="00000b" w:customStyle="1">
    <w:name w:val="Heading 2 Char"/>
    <w:basedOn w:val="000005"/>
    <w:link w:val="00000a"/>
    <w:uiPriority w:val="9"/>
    <w:rsid w:val="00FC693F"/>
    <w:rPr>
      <w:rFonts w:asciiTheme="majorHAnsi" w:hAnsiTheme="majorHAnsi" w:eastAsiaTheme="majorEastAsia" w:cstheme="majorBidi"/>
      <w:b w:val="1"/>
      <w:bCs w:val="1"/>
      <w:color w:val="4F81BD" w:themeColor="accent1"/>
      <w:sz w:val="26"/>
      <w:szCs w:val="26"/>
    </w:rPr>
  </w:style>
  <w:style w:type="character" w:styleId="00003b" w:customStyle="1">
    <w:name w:val="Macro Text Char"/>
    <w:basedOn w:val="000005"/>
    <w:link w:val="00003a"/>
    <w:uiPriority w:val="99"/>
    <w:rsid w:val="0029639D"/>
    <w:rPr>
      <w:rFonts w:ascii="Courier" w:hAnsi="Courier"/>
      <w:sz w:val="20"/>
      <w:szCs w:val="20"/>
    </w:rPr>
  </w:style>
  <w:style w:type="table" w:styleId="000075">
    <w:name w:val="Medium List 2 Accent 1"/>
    <w:basedOn w:val="00001a"/>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nwCell">
      <w:tblPr/>
      <w:tcPr>
        <w:shd w:val="clear" w:color="auto" w:fill="FFFFFF" w:themeFill="background1"/>
      </w:tcPr>
    </w:tblStylePr>
    <w:tblStylePr w:type="band1Horz">
      <w:tblPr/>
      <w:tcPr>
        <w:tcBorders>
          <w:top w:val="nil"/>
          <w:bottom w:val="nil"/>
          <w:insideH w:val="nil"/>
          <w:insideV w:val="nil"/>
        </w:tcBorders>
        <w:shd w:val="clear" w:color="auto" w:fill="D3DFEE" w:themeFill="accent1" w:themeFillTint="3F"/>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swCell">
      <w:tblPr/>
      <w:tcPr>
        <w:tcBorders>
          <w:top w:val="nil"/>
        </w:tcBorders>
      </w:tcPr>
    </w:tblStyle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style>
  <w:style w:type="table" w:styleId="000084">
    <w:name w:val="Medium Grid 2 Accent 2"/>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nwCell">
      <w:tblPr/>
      <w:tcPr>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firstRow">
      <w:rPr>
        <w:b w:val="1"/>
        <w:bCs w:val="1"/>
        <w:color w:val="000000" w:themeColor="text1"/>
      </w:rPr>
      <w:tblPr/>
      <w:tcPr>
        <w:shd w:val="clear" w:color="auto" w:fill="F8EDED" w:themeFill="accent2" w:themeFillTint="19"/>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style>
  <w:style w:type="table" w:styleId="00005e">
    <w:name w:val="Light Grid Accent 6"/>
    <w:basedOn w:val="00001a"/>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val="1"/>
        <w:bCs w:val="1"/>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val="1"/>
        <w:bCs w:val="1"/>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firstCol">
      <w:rPr>
        <w:rFonts w:asciiTheme="majorHAnsi" w:hAnsiTheme="majorHAnsi" w:eastAsiaTheme="majorEastAsia" w:cstheme="majorBidi"/>
        <w:b w:val="1"/>
        <w:bCs w:val="1"/>
      </w:rPr>
    </w:tblStylePr>
    <w:tblStylePr w:type="lastCol">
      <w:rPr>
        <w:rFonts w:asciiTheme="majorHAnsi" w:hAnsiTheme="majorHAnsi" w:eastAsiaTheme="majorEastAsia" w:cstheme="majorBidi"/>
        <w:b w:val="1"/>
        <w:bCs w:val="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000071">
    <w:name w:val="Medium List 1 Accent 4"/>
    <w:basedOn w:val="00001a"/>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lastRow">
      <w:rPr>
        <w:b w:val="1"/>
        <w:bCs w:val="1"/>
        <w:color w:val="1F497D" w:themeColor="text2"/>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firstCol">
      <w:rPr>
        <w:b w:val="1"/>
        <w:bCs w:val="1"/>
      </w:rPr>
    </w:tblStylePr>
    <w:tblStylePr w:type="band1Horz">
      <w:tblPr/>
      <w:tcPr>
        <w:shd w:val="clear" w:color="auto" w:fill="DFD8E8" w:themeFill="accent4" w:themeFillTint="3F"/>
      </w:tcPr>
    </w:tblStylePr>
    <w:tblStylePr w:type="lastCol">
      <w:rPr>
        <w:b w:val="1"/>
        <w:bCs w:val="1"/>
      </w:rPr>
      <w:tbl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cstheme="majorBidi"/>
      </w:rPr>
      <w:tblPr/>
      <w:tcPr>
        <w:tcBorders>
          <w:top w:val="nil"/>
          <w:bottom w:val="single" w:color="8064A2" w:themeColor="accent4" w:sz="8" w:space="0"/>
        </w:tcBorders>
      </w:tcPr>
    </w:tblStylePr>
  </w:style>
  <w:style w:type="paragraph" w:styleId="000028">
    <w:name w:val="List"/>
    <w:basedOn w:val="000002"/>
    <w:uiPriority w:val="99"/>
    <w:unhideWhenUsed w:val="1"/>
    <w:rsid w:val="00AA1D8D"/>
    <w:pPr>
      <w:ind w:left="360" w:hanging="360"/>
      <w:contextualSpacing w:val="1"/>
    </w:pPr>
  </w:style>
  <w:style w:type="table" w:styleId="000073">
    <w:name w:val="Medium List 1 Accent 6"/>
    <w:basedOn w:val="00001a"/>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Col">
      <w:rPr>
        <w:b w:val="1"/>
        <w:bCs w:val="1"/>
      </w:rPr>
    </w:tblStylePr>
    <w:tblStylePr w:type="band1Horz">
      <w:tblPr/>
      <w:tcPr>
        <w:shd w:val="clear" w:color="auto" w:fill="FDE4D0" w:themeFill="accent6" w:themeFillTint="3F"/>
      </w:tcPr>
    </w:tblStylePr>
    <w:tblStylePr w:type="lastRow">
      <w:rPr>
        <w:b w:val="1"/>
        <w:bCs w:val="1"/>
        <w:color w:val="1F497D" w:themeColor="text2"/>
      </w:rPr>
      <w:tbl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Col">
      <w:rPr>
        <w:b w:val="1"/>
        <w:bCs w:val="1"/>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style>
  <w:style w:type="table" w:styleId="000088">
    <w:name w:val="Medium Grid 2 Accent 6"/>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Row">
      <w:rPr>
        <w:b w:val="1"/>
        <w:bCs w:val="1"/>
        <w:color w:val="000000" w:themeColor="text1"/>
      </w:rPr>
      <w:tblPr/>
      <w:tcPr>
        <w:shd w:val="clear" w:color="auto" w:fill="FEF4EC" w:themeFill="accent6" w:themeFillTint="19"/>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style>
  <w:style w:type="paragraph" w:styleId="000032">
    <w:name w:val="List Number"/>
    <w:basedOn w:val="000002"/>
    <w:uiPriority w:val="99"/>
    <w:unhideWhenUsed w:val="1"/>
    <w:rsid w:val="00326F90"/>
    <w:pPr>
      <w:numPr>
        <w:numId w:val="6"/>
      </w:numPr>
      <w:contextualSpacing w:val="1"/>
    </w:pPr>
  </w:style>
  <w:style w:type="table" w:styleId="00007e">
    <w:name w:val="Medium Grid 1 Accent 3"/>
    <w:basedOn w:val="00001a"/>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band1Vert">
      <w:tblPr/>
      <w:tcPr>
        <w:shd w:val="clear" w:color="auto" w:fill="CDDDAC" w:themeFill="accent3" w:themeFillTint="7F"/>
      </w:tcPr>
    </w:tblStylePr>
    <w:tblStylePr w:type="firstCol">
      <w:rPr>
        <w:b w:val="1"/>
        <w:bCs w:val="1"/>
      </w:rPr>
    </w:tblStylePr>
    <w:tblStylePr w:type="firstRow">
      <w:rPr>
        <w:b w:val="1"/>
        <w:bCs w:val="1"/>
      </w:rPr>
    </w:tblStylePr>
    <w:tblStylePr w:type="lastRow">
      <w:rPr>
        <w:b w:val="1"/>
        <w:bCs w:val="1"/>
      </w:rPr>
      <w:tblPr/>
      <w:tcPr>
        <w:tcBorders>
          <w:top w:val="single" w:color="B3CC82" w:themeColor="accent3" w:themeTint="BF" w:sz="18" w:space="0"/>
        </w:tcBorders>
      </w:tcPr>
    </w:tblStylePr>
    <w:tblStylePr w:type="lastCol">
      <w:rPr>
        <w:b w:val="1"/>
        <w:bCs w:val="1"/>
      </w:rPr>
    </w:tblStylePr>
    <w:tblStylePr w:type="band1Horz">
      <w:tblPr/>
      <w:tcPr>
        <w:shd w:val="clear" w:color="auto" w:fill="CDDDAC" w:themeFill="accent3" w:themeFillTint="7F"/>
      </w:tcPr>
    </w:tblStylePr>
  </w:style>
  <w:style w:type="table" w:styleId="000094">
    <w:name w:val="Dark List Accent 4"/>
    <w:basedOn w:val="00001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band1Horz">
      <w:tblPr/>
      <w:tcPr>
        <w:tcBorders>
          <w:top w:val="nil"/>
          <w:left w:val="nil"/>
          <w:bottom w:val="nil"/>
          <w:right w:val="nil"/>
          <w:insideH w:val="nil"/>
          <w:insideV w:val="nil"/>
        </w:tcBorders>
        <w:shd w:val="clear" w:color="auto" w:fill="5F497A" w:themeFill="accent4" w:themeFillShade="BF"/>
      </w:tcPr>
    </w:tblStylePr>
    <w:tblStylePr w:type="firstRow">
      <w:rPr>
        <w:b w:val="1"/>
        <w:bCs w:val="1"/>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style>
  <w:style w:type="table" w:styleId="000054">
    <w:name w:val="Light List Accent 3"/>
    <w:basedOn w:val="00001a"/>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lastCol">
      <w:rPr>
        <w:b w:val="1"/>
        <w:bCs w:val="1"/>
      </w:rPr>
    </w:tblStylePr>
    <w:tblStylePr w:type="lastRow">
      <w:pPr>
        <w:spacing w:before="0" w:after="0" w:line="240" w:lineRule="auto"/>
      </w:pPr>
      <w:rPr>
        <w:b w:val="1"/>
        <w:bCs w:val="1"/>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firstCol">
      <w:rPr>
        <w:b w:val="1"/>
        <w:bCs w:val="1"/>
      </w:rPr>
    </w:tblStylePr>
    <w:tblStylePr w:type="firstRow">
      <w:pPr>
        <w:spacing w:before="0" w:after="0" w:line="240" w:lineRule="auto"/>
      </w:pPr>
      <w:rPr>
        <w:b w:val="1"/>
        <w:bCs w:val="1"/>
        <w:color w:val="FFFFFF" w:themeColor="background1"/>
      </w:rPr>
      <w:tblPr/>
      <w:tcPr>
        <w:shd w:val="clear" w:color="auto" w:fill="9BBB59" w:themeFill="accent3"/>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character" w:styleId="000017" w:customStyle="1">
    <w:name w:val="Heading 8 Char"/>
    <w:basedOn w:val="000005"/>
    <w:link w:val="000016"/>
    <w:uiPriority w:val="9"/>
    <w:semiHidden w:val="1"/>
    <w:rsid w:val="00FC693F"/>
    <w:rPr>
      <w:rFonts w:asciiTheme="majorHAnsi" w:hAnsiTheme="majorHAnsi" w:eastAsiaTheme="majorEastAsia" w:cstheme="majorBidi"/>
      <w:color w:val="4F81BD" w:themeColor="accent1"/>
      <w:sz w:val="20"/>
      <w:szCs w:val="20"/>
    </w:rPr>
  </w:style>
  <w:style w:type="character" w:styleId="000015" w:customStyle="1">
    <w:name w:val="Heading 7 Char"/>
    <w:basedOn w:val="000005"/>
    <w:link w:val="000014"/>
    <w:uiPriority w:val="9"/>
    <w:semiHidden w:val="1"/>
    <w:rsid w:val="00FC693F"/>
    <w:rPr>
      <w:rFonts w:asciiTheme="majorHAnsi" w:hAnsiTheme="majorHAnsi" w:eastAsiaTheme="majorEastAsia" w:cstheme="majorBidi"/>
      <w:i w:val="1"/>
      <w:iCs w:val="1"/>
      <w:color w:val="404040" w:themeColor="text1" w:themeTint="BF"/>
    </w:rPr>
  </w:style>
  <w:style w:type="table" w:styleId="0000ab">
    <w:name w:val="Colorful Grid Accent 6"/>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lastCol">
      <w:rPr>
        <w:color w:val="FFFFFF" w:themeColor="background1"/>
      </w:rPr>
      <w:tblPr/>
      <w:tcPr>
        <w:shd w:val="clear" w:color="auto" w:fill="E36C0A" w:themeFill="accent6" w:themeFillShade="BF"/>
      </w:tcPr>
    </w:tblStylePr>
    <w:tblStylePr w:type="fir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firstRow">
      <w:rPr>
        <w:b w:val="1"/>
        <w:bCs w:val="1"/>
      </w:rPr>
      <w:tblPr/>
      <w:tcPr>
        <w:shd w:val="clear" w:color="auto" w:fill="FBD4B4" w:themeFill="accent6" w:themeFillTint="66"/>
      </w:tcPr>
    </w:tblStylePr>
    <w:tblStylePr w:type="lastRow">
      <w:rPr>
        <w:b w:val="1"/>
        <w:bCs w:val="1"/>
        <w:color w:val="000000" w:themeColor="text1"/>
      </w:rPr>
      <w:tblPr/>
      <w:tcPr>
        <w:shd w:val="clear" w:color="auto" w:fill="FBD4B4" w:themeFill="accent6" w:themeFillTint="66"/>
      </w:tcPr>
    </w:tblStylePr>
    <w:tblStylePr w:type="band1Horz">
      <w:tblPr/>
      <w:tcPr>
        <w:shd w:val="clear" w:color="auto" w:fill="FBCAA2" w:themeFill="accent6" w:themeFillTint="7F"/>
      </w:tcPr>
    </w:tblStylePr>
  </w:style>
  <w:style w:type="table" w:styleId="00009d">
    <w:name w:val="Colorful Shading Accent 6"/>
    <w:basedOn w:val="00001a"/>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neCell">
      <w:rPr>
        <w:color w:val="000000" w:themeColor="text1"/>
      </w:rPr>
    </w:tblStylePr>
    <w:tblStylePr w:type="band1Vert">
      <w:tblPr/>
      <w:tcPr>
        <w:shd w:val="clear" w:color="auto" w:fill="FBD4B4" w:themeFill="accent6" w:themeFillTint="66"/>
      </w:tcPr>
    </w:tblStylePr>
    <w:tblStylePr w:type="firstRow">
      <w:rPr>
        <w:b w:val="1"/>
        <w:bCs w:val="1"/>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nwCell">
      <w:rPr>
        <w:color w:val="000000" w:themeColor="text1"/>
      </w:rPr>
    </w:tblStylePr>
    <w:tblStylePr w:type="lastRow">
      <w:rPr>
        <w:b w:val="1"/>
        <w:bCs w:val="1"/>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band1Horz">
      <w:tblPr/>
      <w:tcPr>
        <w:shd w:val="clear" w:color="auto" w:fill="FBCAA2" w:themeFill="accent6" w:themeFillTint="7F"/>
      </w:tcPr>
    </w:tblStylePr>
  </w:style>
  <w:style w:type="paragraph" w:styleId="000048">
    <w:name w:val="TOC Heading"/>
    <w:basedOn w:val="000008"/>
    <w:next w:val="000002"/>
    <w:uiPriority w:val="39"/>
    <w:semiHidden w:val="1"/>
    <w:unhideWhenUsed w:val="1"/>
    <w:qFormat w:val="1"/>
    <w:rsid w:val="00FC693F"/>
    <w:pPr>
      <w:outlineLvl w:val="9"/>
    </w:pPr>
  </w:style>
  <w:style w:type="paragraph" w:styleId="00002a">
    <w:name w:val="List 3"/>
    <w:basedOn w:val="000002"/>
    <w:uiPriority w:val="99"/>
    <w:unhideWhenUsed w:val="1"/>
    <w:rsid w:val="00326F90"/>
    <w:pPr>
      <w:ind w:left="1080" w:hanging="360"/>
      <w:contextualSpacing w:val="1"/>
    </w:pPr>
  </w:style>
  <w:style w:type="table" w:styleId="00008c">
    <w:name w:val="Medium Grid 3 Accent 3"/>
    <w:basedOn w:val="00001a"/>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lastCol">
      <w:rPr>
        <w:b w:val="1"/>
        <w:bCs w:val="1"/>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tblStylePr w:type="firstCol">
      <w:rPr>
        <w:b w:val="1"/>
        <w:bCs w:val="1"/>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Row">
      <w:rPr>
        <w:b w:val="1"/>
        <w:bCs w:val="1"/>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Row">
      <w:rPr>
        <w:b w:val="1"/>
        <w:bCs w:val="1"/>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style>
  <w:style w:type="table" w:styleId="0000a5">
    <w:name w:val="Colorful Grid"/>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Col">
      <w:rPr>
        <w:color w:val="FFFFFF" w:themeColor="background1"/>
      </w:rPr>
      <w:tblPr/>
      <w:tcPr>
        <w:shd w:val="clear" w:color="auto" w:fill="000000" w:themeFill="text1" w:themeFillShade="BF"/>
      </w:tcPr>
    </w:tblStylePr>
    <w:tblStylePr w:type="lastRow">
      <w:rPr>
        <w:b w:val="1"/>
        <w:bCs w:val="1"/>
        <w:color w:val="000000" w:themeColor="text1"/>
      </w:rPr>
      <w:tblPr/>
      <w:tcPr>
        <w:shd w:val="clear" w:color="auto" w:fill="999999" w:themeFill="text1" w:themeFillTint="66"/>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firstRow">
      <w:rPr>
        <w:b w:val="1"/>
        <w:bCs w:val="1"/>
      </w:rPr>
      <w:tblPr/>
      <w:tcPr>
        <w:shd w:val="clear" w:color="auto" w:fill="999999" w:themeFill="text1" w:themeFillTint="66"/>
      </w:tcPr>
    </w:tblStylePr>
    <w:tblStylePr w:type="lastCol">
      <w:rPr>
        <w:color w:val="FFFFFF" w:themeColor="background1"/>
      </w:rPr>
      <w:tblPr/>
      <w:tcPr>
        <w:shd w:val="clear" w:color="auto" w:fill="000000" w:themeFill="text1" w:themeFillShade="BF"/>
      </w:tcPr>
    </w:tblStylePr>
  </w:style>
  <w:style w:type="table" w:styleId="00004e">
    <w:name w:val="Light Shading Accent 4"/>
    <w:basedOn w:val="00001a"/>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band1Horz">
      <w:tblPr/>
      <w:tcPr>
        <w:tcBorders>
          <w:left w:val="nil"/>
          <w:right w:val="nil"/>
          <w:insideH w:val="nil"/>
          <w:insideV w:val="nil"/>
        </w:tcBorders>
        <w:shd w:val="clear" w:color="auto" w:fill="DFD8E8" w:themeFill="accent4" w:themeFillTint="3F"/>
      </w:tcPr>
    </w:tblStylePr>
    <w:tblStylePr w:type="band1Vert">
      <w:tblPr/>
      <w:tcPr>
        <w:tcBorders>
          <w:left w:val="nil"/>
          <w:right w:val="nil"/>
          <w:insideH w:val="nil"/>
          <w:insideV w:val="nil"/>
        </w:tcBorders>
        <w:shd w:val="clear" w:color="auto" w:fill="DFD8E8" w:themeFill="accent4" w:themeFillTint="3F"/>
      </w:tcPr>
    </w:tblStylePr>
    <w:tblStylePr w:type="firstRow">
      <w:pPr>
        <w:spacing w:before="0" w:after="0" w:line="240" w:lineRule="auto"/>
      </w:pPr>
      <w:rPr>
        <w:b w:val="1"/>
        <w:bCs w:val="1"/>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val="1"/>
        <w:bCs w:val="1"/>
      </w:rPr>
    </w:tblStylePr>
    <w:tblStylePr w:type="lastRow">
      <w:pPr>
        <w:spacing w:before="0" w:after="0" w:line="240" w:lineRule="auto"/>
      </w:pPr>
      <w:rPr>
        <w:b w:val="1"/>
        <w:bCs w:val="1"/>
      </w:rPr>
      <w:tblPr/>
      <w:tcPr>
        <w:tcBorders>
          <w:top w:val="single" w:color="8064A2" w:themeColor="accent4" w:sz="8" w:space="0"/>
          <w:left w:val="nil"/>
          <w:bottom w:val="single" w:color="8064A2" w:themeColor="accent4" w:sz="8" w:space="0"/>
          <w:right w:val="nil"/>
          <w:insideH w:val="nil"/>
          <w:insideV w:val="nil"/>
        </w:tcBorders>
      </w:tcPr>
    </w:tblStylePr>
    <w:tblStylePr w:type="lastCol">
      <w:rPr>
        <w:b w:val="1"/>
        <w:bCs w:val="1"/>
      </w:rPr>
    </w:tblStylePr>
  </w:style>
  <w:style w:type="table" w:styleId="0000a7">
    <w:name w:val="Colorful Grid Accent 2"/>
    <w:basedOn w:val="00001a"/>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firstRow">
      <w:rPr>
        <w:b w:val="1"/>
        <w:bCs w:val="1"/>
      </w:rPr>
      <w:tblPr/>
      <w:tcPr>
        <w:shd w:val="clear" w:color="auto" w:fill="E5B8B7" w:themeFill="accent2" w:themeFillTint="66"/>
      </w:tcPr>
    </w:tblStylePr>
    <w:tblStylePr w:type="lastRow">
      <w:rPr>
        <w:b w:val="1"/>
        <w:bCs w:val="1"/>
        <w:color w:val="000000" w:themeColor="text1"/>
      </w:rPr>
      <w:tblPr/>
      <w:tcPr>
        <w:shd w:val="clear" w:color="auto" w:fill="E5B8B7" w:themeFill="accent2" w:themeFillTint="66"/>
      </w:tcPr>
    </w:tblStylePr>
  </w:style>
  <w:style w:type="table" w:styleId="000072">
    <w:name w:val="Medium List 1 Accent 5"/>
    <w:basedOn w:val="00001a"/>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band1Vert">
      <w:tblPr/>
      <w:tcPr>
        <w:shd w:val="clear" w:color="auto" w:fill="D2EAF1" w:themeFill="accent5" w:themeFillTint="3F"/>
      </w:tcPr>
    </w:tblStylePr>
    <w:tblStylePr w:type="firstCol">
      <w:rPr>
        <w:b w:val="1"/>
        <w:bCs w:val="1"/>
      </w:rPr>
    </w:tblStylePr>
    <w:tblStylePr w:type="lastRow">
      <w:rPr>
        <w:b w:val="1"/>
        <w:bCs w:val="1"/>
        <w:color w:val="1F497D" w:themeColor="text2"/>
      </w:rPr>
      <w:tblPr/>
      <w:tcPr>
        <w:tcBorders>
          <w:top w:val="single" w:color="4BACC6" w:themeColor="accent5" w:sz="8" w:space="0"/>
          <w:bottom w:val="single" w:color="4BACC6" w:themeColor="accent5" w:sz="8" w:space="0"/>
        </w:tcBorders>
      </w:tcPr>
    </w:tblStylePr>
    <w:tblStylePr w:type="lastCol">
      <w:rPr>
        <w:b w:val="1"/>
        <w:bCs w:val="1"/>
      </w:rPr>
      <w:tblPr/>
      <w:tcPr>
        <w:tcBorders>
          <w:top w:val="single" w:color="4BACC6" w:themeColor="accent5" w:sz="8" w:space="0"/>
          <w:bottom w:val="single" w:color="4BACC6" w:themeColor="accent5" w:sz="8" w:space="0"/>
        </w:tcBorders>
      </w:tcPr>
    </w:tblStylePr>
    <w:tblStylePr w:type="band1Horz">
      <w:tblPr/>
      <w:tcPr>
        <w:shd w:val="clear" w:color="auto" w:fill="D2EAF1" w:themeFill="accent5" w:themeFillTint="3F"/>
      </w:tcPr>
    </w:tblStylePr>
    <w:tblStylePr w:type="firstRow">
      <w:rPr>
        <w:rFonts w:asciiTheme="majorHAnsi" w:hAnsiTheme="majorHAnsi" w:eastAsiaTheme="majorEastAsia" w:cstheme="majorBidi"/>
      </w:rPr>
      <w:tblPr/>
      <w:tcPr>
        <w:tcBorders>
          <w:top w:val="nil"/>
          <w:bottom w:val="single" w:color="4BACC6" w:themeColor="accent5" w:sz="8" w:space="0"/>
        </w:tcBorders>
      </w:tcPr>
    </w:tblStylePr>
  </w:style>
  <w:style w:type="paragraph" w:styleId="00000a">
    <w:name w:val="heading 2"/>
    <w:basedOn w:val="000002"/>
    <w:next w:val="000002"/>
    <w:link w:val="00000b"/>
    <w:uiPriority w:val="9"/>
    <w:unhideWhenUsed w:val="1"/>
    <w:qFormat w:val="1"/>
    <w:rsid w:val="00FC693F"/>
    <w:pPr>
      <w:keepNext w:val="1"/>
      <w:keepLines w:val="1"/>
      <w:spacing w:before="200" w:after="0"/>
      <w:outlineLvl w:val="1"/>
    </w:pPr>
    <w:rPr>
      <w:rFonts w:asciiTheme="majorHAnsi" w:hAnsiTheme="majorHAnsi" w:eastAsiaTheme="majorEastAsia" w:cstheme="majorBidi"/>
      <w:b w:val="1"/>
      <w:bCs w:val="1"/>
      <w:color w:val="4F81BD" w:themeColor="accent1"/>
      <w:sz w:val="26"/>
      <w:szCs w:val="26"/>
    </w:rPr>
  </w:style>
  <w:style w:type="table" w:styleId="000067">
    <w:name w:val="Medium Shading 2 Accent 1"/>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neCell">
      <w:tblPr/>
      <w:tcPr>
        <w:tcBorders>
          <w:top w:val="single" w:color="auto" w:sz="18" w:space="0"/>
          <w:left w:val="nil"/>
          <w:bottom w:val="single" w:color="auto" w:sz="18" w:space="0"/>
          <w:right w:val="nil"/>
          <w:insideH w:val="nil"/>
          <w:insideV w:val="nil"/>
        </w:tcBorders>
      </w:tcPr>
    </w:tblStylePr>
    <w:tblStylePr w:type="band1Horz">
      <w:tblPr/>
      <w:tcPr>
        <w:shd w:val="clear" w:color="auto" w:fill="D8D8D8" w:themeFill="background1" w:themeFillShade="D8"/>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val="1"/>
        <w:bCs w:val="1"/>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000083">
    <w:name w:val="Medium Grid 2 Accent 1"/>
    <w:basedOn w:val="00001a"/>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val="1"/>
        <w:bCs w:val="1"/>
        <w:color w:val="000000" w:themeColor="text1"/>
      </w:rPr>
      <w:tblPr/>
      <w:tcPr>
        <w:shd w:val="clear" w:color="auto" w:fill="EDF2F8" w:themeFill="accent1" w:themeFillTint="19"/>
      </w:tcPr>
    </w:tblStylePr>
    <w:tblStylePr w:type="lastRow">
      <w:rPr>
        <w:b w:val="1"/>
        <w:bCs w:val="1"/>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band1Vert">
      <w:tblPr/>
      <w:tcPr>
        <w:shd w:val="clear" w:color="auto" w:fill="A7BFDE" w:themeFill="accent1" w:themeFillTint="7F"/>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firstCol">
      <w:rPr>
        <w:b w:val="1"/>
        <w:bCs w:val="1"/>
        <w:color w:val="000000" w:themeColor="text1"/>
      </w:rPr>
      <w:tblPr/>
      <w:tcPr>
        <w:tcBorders>
          <w:top w:val="nil"/>
          <w:left w:val="nil"/>
          <w:bottom w:val="nil"/>
          <w:right w:val="nil"/>
          <w:insideH w:val="nil"/>
          <w:insideV w:val="nil"/>
        </w:tcBorders>
        <w:shd w:val="clear" w:color="auto" w:fill="FFFFFF" w:themeFill="background1"/>
      </w:tcPr>
    </w:tblStylePr>
  </w:style>
  <w:style w:type="table" w:styleId="00006f">
    <w:name w:val="Medium List 1 Accent 2"/>
    <w:basedOn w:val="00001a"/>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lastRow">
      <w:rPr>
        <w:b w:val="1"/>
        <w:bCs w:val="1"/>
        <w:color w:val="1F497D" w:themeColor="text2"/>
      </w:rPr>
      <w:tblPr/>
      <w:tcPr>
        <w:tcBorders>
          <w:top w:val="single" w:color="C0504D" w:themeColor="accent2" w:sz="8" w:space="0"/>
          <w:bottom w:val="single" w:color="C0504D" w:themeColor="accent2" w:sz="8" w:space="0"/>
        </w:tcBorders>
      </w:tcPr>
    </w:tblStylePr>
    <w:tblStylePr w:type="firstCol">
      <w:rPr>
        <w:b w:val="1"/>
        <w:bCs w:val="1"/>
      </w:rPr>
    </w:tblStylePr>
    <w:tblStylePr w:type="band1Vert">
      <w:tblPr/>
      <w:tcPr>
        <w:shd w:val="clear" w:color="auto" w:fill="EFD3D2" w:themeFill="accent2" w:themeFillTint="3F"/>
      </w:tcPr>
    </w:tblStyle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band1Horz">
      <w:tblPr/>
      <w:tcPr>
        <w:shd w:val="clear" w:color="auto" w:fill="EFD3D2" w:themeFill="accent2" w:themeFillTint="3F"/>
      </w:tcPr>
    </w:tblStylePr>
    <w:tblStylePr w:type="lastCol">
      <w:rPr>
        <w:b w:val="1"/>
        <w:bCs w:val="1"/>
      </w:rPr>
      <w:tblPr/>
      <w:tcPr>
        <w:tcBorders>
          <w:top w:val="single" w:color="C0504D" w:themeColor="accent2" w:sz="8" w:space="0"/>
          <w:bottom w:val="single" w:color="C0504D" w:themeColor="accent2" w:sz="8" w:space="0"/>
        </w:tcBorders>
      </w:tcPr>
    </w:tblStylePr>
  </w:style>
  <w:style w:type="table" w:styleId="000056">
    <w:name w:val="Light List Accent 5"/>
    <w:basedOn w:val="00001a"/>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lastCol">
      <w:rPr>
        <w:b w:val="1"/>
        <w:bCs w:val="1"/>
      </w:r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firstCol">
      <w:rPr>
        <w:b w:val="1"/>
        <w:bCs w:val="1"/>
      </w:rPr>
    </w:tblStylePr>
    <w:tblStylePr w:type="firstRow">
      <w:pPr>
        <w:spacing w:before="0" w:after="0" w:line="240" w:lineRule="auto"/>
      </w:pPr>
      <w:rPr>
        <w:b w:val="1"/>
        <w:bCs w:val="1"/>
        <w:color w:val="FFFFFF" w:themeColor="background1"/>
      </w:rPr>
      <w:tblPr/>
      <w:tcPr>
        <w:shd w:val="clear" w:color="auto" w:fill="4BACC6" w:themeFill="accent5"/>
      </w:tcPr>
    </w:tblStylePr>
  </w:style>
  <w:style w:type="character" w:styleId="00001e" w:customStyle="1">
    <w:name w:val="Title Char"/>
    <w:basedOn w:val="000005"/>
    <w:link w:val="00001d"/>
    <w:uiPriority w:val="10"/>
    <w:rsid w:val="00FC693F"/>
    <w:rPr>
      <w:rFonts w:asciiTheme="majorHAnsi" w:hAnsiTheme="majorHAnsi" w:eastAsiaTheme="majorEastAsia" w:cstheme="majorBidi"/>
      <w:color w:val="17365D" w:themeColor="text2" w:themeShade="BF"/>
      <w:spacing w:val="5"/>
      <w:kern w:val="28"/>
      <w:sz w:val="52"/>
      <w:szCs w:val="52"/>
    </w:rPr>
  </w:style>
  <w:style w:type="table" w:styleId="00007b">
    <w:name w:val="Medium Grid 1"/>
    <w:basedOn w:val="00001a"/>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Col">
      <w:rPr>
        <w:b w:val="1"/>
        <w:bCs w:val="1"/>
      </w:rPr>
    </w:tblStylePr>
    <w:tblStylePr w:type="firstRow">
      <w:rPr>
        <w:b w:val="1"/>
        <w:bCs w:val="1"/>
      </w:rPr>
    </w:tblStylePr>
    <w:tblStylePr w:type="lastCol">
      <w:rPr>
        <w:b w:val="1"/>
        <w:bCs w:val="1"/>
      </w:rPr>
    </w:tblStylePr>
    <w:tblStylePr w:type="band1Horz">
      <w:tblPr/>
      <w:tcPr>
        <w:shd w:val="clear" w:color="auto" w:fill="808080" w:themeFill="text1" w:themeFillTint="7F"/>
      </w:tcPr>
    </w:tblStylePr>
    <w:tblStylePr w:type="lastRow">
      <w:rPr>
        <w:b w:val="1"/>
        <w:bCs w:val="1"/>
      </w:rPr>
      <w:tblPr/>
      <w:tcPr>
        <w:tcBorders>
          <w:top w:val="single" w:color="404040" w:themeColor="text1" w:themeTint="BF" w:sz="18" w:space="0"/>
        </w:tcBorders>
      </w:tcPr>
    </w:tblStylePr>
    <w:tblStylePr w:type="band1Vert">
      <w:tblPr/>
      <w:tcPr>
        <w:shd w:val="clear" w:color="auto" w:fill="808080" w:themeFill="text1" w:themeFillTint="7F"/>
      </w:tcPr>
    </w:tblStylePr>
  </w:style>
  <w:style w:type="table" w:styleId="00004f">
    <w:name w:val="Light Shading Accent 5"/>
    <w:basedOn w:val="00001a"/>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lastRow">
      <w:pPr>
        <w:spacing w:before="0" w:after="0" w:line="240" w:lineRule="auto"/>
      </w:pPr>
      <w:rPr>
        <w:b w:val="1"/>
        <w:bCs w:val="1"/>
      </w:rPr>
      <w:tblPr/>
      <w:tcPr>
        <w:tcBorders>
          <w:top w:val="single" w:color="4BACC6" w:themeColor="accent5" w:sz="8" w:space="0"/>
          <w:left w:val="nil"/>
          <w:bottom w:val="single" w:color="4BACC6" w:themeColor="accent5" w:sz="8" w:space="0"/>
          <w:right w:val="nil"/>
          <w:insideH w:val="nil"/>
          <w:insideV w:val="nil"/>
        </w:tcBorders>
      </w:tcPr>
    </w:tblStylePr>
    <w:tblStylePr w:type="lastCol">
      <w:rPr>
        <w:b w:val="1"/>
        <w:bCs w:val="1"/>
      </w:rPr>
    </w:tblStylePr>
    <w:tblStylePr w:type="firstCol">
      <w:rPr>
        <w:b w:val="1"/>
        <w:bCs w:val="1"/>
      </w:rPr>
    </w:tblStylePr>
    <w:tblStylePr w:type="band1Vert">
      <w:tblPr/>
      <w:tcPr>
        <w:tcBorders>
          <w:left w:val="nil"/>
          <w:right w:val="nil"/>
          <w:insideH w:val="nil"/>
          <w:insideV w:val="nil"/>
        </w:tcBorders>
        <w:shd w:val="clear" w:color="auto" w:fill="D2EAF1" w:themeFill="accent5" w:themeFillTint="3F"/>
      </w:tcPr>
    </w:tblStylePr>
    <w:tblStylePr w:type="firstRow">
      <w:pPr>
        <w:spacing w:before="0" w:after="0" w:line="240" w:lineRule="auto"/>
      </w:pPr>
      <w:rPr>
        <w:b w:val="1"/>
        <w:bCs w:val="1"/>
      </w:rPr>
      <w:tblPr/>
      <w:tcPr>
        <w:tcBorders>
          <w:top w:val="single" w:color="4BACC6" w:themeColor="accent5" w:sz="8" w:space="0"/>
          <w:left w:val="nil"/>
          <w:bottom w:val="single" w:color="4BACC6" w:themeColor="accent5" w:sz="8" w:space="0"/>
          <w:right w:val="nil"/>
          <w:insideH w:val="nil"/>
          <w:insideV w:val="nil"/>
        </w:tcBorders>
      </w:tcPr>
    </w:tblStylePr>
    <w:tblStylePr w:type="band1Horz">
      <w:tblPr/>
      <w:tcPr>
        <w:tcBorders>
          <w:left w:val="nil"/>
          <w:right w:val="nil"/>
          <w:insideH w:val="nil"/>
          <w:insideV w:val="nil"/>
        </w:tcBorders>
        <w:shd w:val="clear" w:color="auto" w:fill="D2EAF1" w:themeFill="accent5" w:themeFillTint="3F"/>
      </w:tcPr>
    </w:tblStylePr>
  </w:style>
  <w:style w:type="table" w:styleId="00004d">
    <w:name w:val="Light Shading Accent 3"/>
    <w:basedOn w:val="00001a"/>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lastCol">
      <w:rPr>
        <w:b w:val="1"/>
        <w:bCs w:val="1"/>
      </w:rPr>
    </w:tblStylePr>
    <w:tblStylePr w:type="firstRow">
      <w:pPr>
        <w:spacing w:before="0" w:after="0" w:line="240" w:lineRule="auto"/>
      </w:pPr>
      <w:rPr>
        <w:b w:val="1"/>
        <w:bCs w:val="1"/>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val="1"/>
        <w:bCs w:val="1"/>
      </w:rPr>
    </w:tblStylePr>
    <w:tblStylePr w:type="lastRow">
      <w:pPr>
        <w:spacing w:before="0" w:after="0" w:line="240" w:lineRule="auto"/>
      </w:pPr>
      <w:rPr>
        <w:b w:val="1"/>
        <w:bCs w:val="1"/>
      </w:rPr>
      <w:tblPr/>
      <w:tcPr>
        <w:tcBorders>
          <w:top w:val="single" w:color="9BBB59" w:themeColor="accent3" w:sz="8" w:space="0"/>
          <w:left w:val="nil"/>
          <w:bottom w:val="single" w:color="9BBB59" w:themeColor="accent3" w:sz="8" w:space="0"/>
          <w:right w:val="nil"/>
          <w:insideH w:val="nil"/>
          <w:insideV w:val="nil"/>
        </w:tcBorders>
      </w:tcPr>
    </w:tblStylePr>
    <w:tblStylePr w:type="band1Horz">
      <w:tblPr/>
      <w:tcPr>
        <w:tcBorders>
          <w:left w:val="nil"/>
          <w:right w:val="nil"/>
          <w:insideH w:val="nil"/>
          <w:insideV w:val="nil"/>
        </w:tcBorders>
        <w:shd w:val="clear" w:color="auto" w:fill="E6EED5" w:themeFill="accent3" w:themeFillTint="3F"/>
      </w:tcPr>
    </w:tblStylePr>
    <w:tblStylePr w:type="band1Vert">
      <w:tblPr/>
      <w:tcPr>
        <w:tcBorders>
          <w:left w:val="nil"/>
          <w:right w:val="nil"/>
          <w:insideH w:val="nil"/>
          <w:insideV w:val="nil"/>
        </w:tcBorders>
        <w:shd w:val="clear" w:color="auto" w:fill="E6EED5" w:themeFill="accent3" w:themeFillTint="3F"/>
      </w:tcPr>
    </w:tblStylePr>
  </w:style>
  <w:style w:type="paragraph" w:styleId="000039">
    <w:name w:val="List Continue 3"/>
    <w:basedOn w:val="000002"/>
    <w:uiPriority w:val="99"/>
    <w:unhideWhenUsed w:val="1"/>
    <w:rsid w:val="0029639D"/>
    <w:pPr>
      <w:spacing w:after="120"/>
      <w:ind w:left="1080"/>
      <w:contextualSpacing w:val="1"/>
    </w:pPr>
  </w:style>
  <w:style w:type="character" w:styleId="000023" w:customStyle="1">
    <w:name w:val="Body Text Char"/>
    <w:basedOn w:val="000005"/>
    <w:link w:val="000022"/>
    <w:uiPriority w:val="99"/>
    <w:rsid w:val="00AA1D8D"/>
  </w:style>
  <w:style w:type="character" w:styleId="000009" w:customStyle="1">
    <w:name w:val="Heading 1 Char"/>
    <w:basedOn w:val="000005"/>
    <w:link w:val="000008"/>
    <w:uiPriority w:val="9"/>
    <w:rsid w:val="00FC693F"/>
    <w:rPr>
      <w:rFonts w:asciiTheme="majorHAnsi" w:hAnsiTheme="majorHAnsi" w:eastAsiaTheme="majorEastAsia" w:cstheme="majorBidi"/>
      <w:b w:val="1"/>
      <w:bCs w:val="1"/>
      <w:color w:val="365F91" w:themeColor="accent1" w:themeShade="BF"/>
      <w:sz w:val="28"/>
      <w:szCs w:val="28"/>
    </w:rPr>
  </w:style>
  <w:style w:type="table" w:styleId="000066">
    <w:name w:val="Medium Shading 2"/>
    <w:basedOn w:val="00001a"/>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lastCol">
      <w:rPr>
        <w:b w:val="1"/>
        <w:bCs w:val="1"/>
        <w:color w:val="FFFFFF" w:themeColor="background1"/>
      </w:rPr>
      <w:tblPr/>
      <w:tcPr>
        <w:tcBorders>
          <w:left w:val="nil"/>
          <w:right w:val="nil"/>
          <w:insideH w:val="nil"/>
          <w:insideV w:val="nil"/>
        </w:tcBorders>
        <w:shd w:val="clear" w:color="auto" w:fill="000000" w:themeFill="text1"/>
      </w:tcPr>
    </w:tblStylePr>
    <w:tblStylePr w:type="firstRow">
      <w:pPr>
        <w:spacing w:before="0" w:after="0" w:line="240" w:lineRule="auto"/>
      </w:pPr>
      <w:rPr>
        <w:b w:val="1"/>
        <w:bCs w:val="1"/>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firstCol">
      <w:rPr>
        <w:b w:val="1"/>
        <w:bCs w:val="1"/>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tblStylePr w:type="band1Horz">
      <w:tblPr/>
      <w:tcPr>
        <w:shd w:val="clear" w:color="auto" w:fill="D8D8D8" w:themeFill="background1" w:themeFillShade="D8"/>
      </w:tcPr>
    </w:tblStylePr>
  </w:style>
  <w:style w:type="paragraph" w:styleId="000016">
    <w:name w:val="heading 8"/>
    <w:basedOn w:val="000002"/>
    <w:next w:val="000002"/>
    <w:link w:val="000017"/>
    <w:uiPriority w:val="9"/>
    <w:semiHidden w:val="1"/>
    <w:unhideWhenUsed w:val="1"/>
    <w:qFormat w:val="1"/>
    <w:rsid w:val="00FC693F"/>
    <w:pPr>
      <w:keepNext w:val="1"/>
      <w:keepLines w:val="1"/>
      <w:spacing w:before="200" w:after="0"/>
      <w:outlineLvl w:val="7"/>
    </w:pPr>
    <w:rPr>
      <w:rFonts w:asciiTheme="majorHAnsi" w:hAnsiTheme="majorHAnsi" w:eastAsiaTheme="majorEastAsia" w:cstheme="majorBidi"/>
      <w:color w:val="4F81BD" w:themeColor="accent1"/>
      <w:sz w:val="20"/>
      <w:szCs w:val="20"/>
    </w:rPr>
  </w:style>
  <w:style w:type="character" w:styleId="000042" w:customStyle="1">
    <w:name w:val="Intense Quote Char"/>
    <w:basedOn w:val="000005"/>
    <w:link w:val="000041"/>
    <w:uiPriority w:val="30"/>
    <w:rsid w:val="00FC693F"/>
    <w:rPr>
      <w:b w:val="1"/>
      <w:bCs w:val="1"/>
      <w:i w:val="1"/>
      <w:iCs w:val="1"/>
      <w:color w:val="4F81BD" w:themeColor="accent1"/>
    </w:rPr>
  </w:style>
  <w:style w:type="paragraph" w:styleId="000010">
    <w:name w:val="heading 5"/>
    <w:basedOn w:val="000002"/>
    <w:next w:val="000002"/>
    <w:link w:val="000011"/>
    <w:uiPriority w:val="9"/>
    <w:semiHidden w:val="1"/>
    <w:unhideWhenUsed w:val="1"/>
    <w:qFormat w:val="1"/>
    <w:rsid w:val="00FC693F"/>
    <w:pPr>
      <w:keepNext w:val="1"/>
      <w:keepLines w:val="1"/>
      <w:spacing w:before="200" w:after="0"/>
      <w:outlineLvl w:val="4"/>
    </w:pPr>
    <w:rPr>
      <w:rFonts w:asciiTheme="majorHAnsi" w:hAnsiTheme="majorHAnsi" w:eastAsiaTheme="majorEastAsia" w:cstheme="majorBidi"/>
      <w:color w:val="243F60" w:themeColor="accent1" w:themeShade="7F"/>
    </w:rPr>
  </w:style>
  <w:style w:type="paragraph" w:styleId="000008">
    <w:name w:val="heading 1"/>
    <w:basedOn w:val="000002"/>
    <w:next w:val="000002"/>
    <w:link w:val="000009"/>
    <w:uiPriority w:val="9"/>
    <w:qFormat w:val="1"/>
    <w:rsid w:val="00FC693F"/>
    <w:pPr>
      <w:keepNext w:val="1"/>
      <w:keepLines w:val="1"/>
      <w:spacing w:before="480" w:after="0"/>
      <w:outlineLvl w:val="0"/>
    </w:pPr>
    <w:rPr>
      <w:rFonts w:asciiTheme="majorHAnsi" w:hAnsiTheme="majorHAnsi" w:eastAsiaTheme="majorEastAsia" w:cstheme="majorBidi"/>
      <w:b w:val="1"/>
      <w:bCs w:val="1"/>
      <w:color w:val="365F91" w:themeColor="accent1" w:themeShade="BF"/>
      <w:sz w:val="28"/>
      <w:szCs w:val="28"/>
    </w:rPr>
  </w:style>
  <w:style w:type="table" w:styleId="000055">
    <w:name w:val="Light List Accent 4"/>
    <w:basedOn w:val="00001a"/>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Col">
      <w:rPr>
        <w:b w:val="1"/>
        <w:bCs w:val="1"/>
      </w:rPr>
    </w:tblStylePr>
    <w:tblStylePr w:type="firstRow">
      <w:pPr>
        <w:spacing w:before="0" w:after="0" w:line="240" w:lineRule="auto"/>
      </w:pPr>
      <w:rPr>
        <w:b w:val="1"/>
        <w:bCs w:val="1"/>
        <w:color w:val="FFFFFF" w:themeColor="background1"/>
      </w:rPr>
      <w:tblPr/>
      <w:tcPr>
        <w:shd w:val="clear" w:color="auto" w:fill="8064A2" w:themeFill="accent4"/>
      </w:tcPr>
    </w:tblStylePr>
    <w:tblStylePr w:type="lastRow">
      <w:pPr>
        <w:spacing w:before="0" w:after="0" w:line="240" w:lineRule="auto"/>
      </w:pPr>
      <w:rPr>
        <w:b w:val="1"/>
        <w:bCs w:val="1"/>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lastCol">
      <w:rPr>
        <w:b w:val="1"/>
        <w:bCs w:val="1"/>
      </w:r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000057">
    <w:name w:val="Light List Accent 6"/>
    <w:basedOn w:val="00001a"/>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Col">
      <w:rPr>
        <w:b w:val="1"/>
        <w:bCs w:val="1"/>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Col">
      <w:rPr>
        <w:b w:val="1"/>
        <w:bCs w:val="1"/>
      </w:r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firstRow">
      <w:pPr>
        <w:spacing w:before="0" w:after="0" w:line="240" w:lineRule="auto"/>
      </w:pPr>
      <w:rPr>
        <w:b w:val="1"/>
        <w:bCs w:val="1"/>
        <w:color w:val="FFFFFF" w:themeColor="background1"/>
      </w:rPr>
      <w:tblPr/>
      <w:tcPr>
        <w:shd w:val="clear" w:color="auto" w:fill="F79646" w:themeFill="accent6"/>
      </w:tcPr>
    </w:tblStylePr>
    <w:tblStylePr w:type="lastRow">
      <w:pPr>
        <w:spacing w:before="0" w:after="0" w:line="240" w:lineRule="auto"/>
      </w:pPr>
      <w:rPr>
        <w:b w:val="1"/>
        <w:bCs w:val="1"/>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style>
  <w:style w:type="character" w:styleId="000020" w:customStyle="1">
    <w:name w:val="Subtitle Char"/>
    <w:basedOn w:val="000005"/>
    <w:link w:val="00001f"/>
    <w:uiPriority w:val="11"/>
    <w:rsid w:val="00FC693F"/>
    <w:rPr>
      <w:rFonts w:asciiTheme="majorHAnsi" w:hAnsiTheme="majorHAnsi" w:eastAsiaTheme="majorEastAsia" w:cstheme="majorBidi"/>
      <w:i w:val="1"/>
      <w:iCs w:val="1"/>
      <w:color w:val="4F81BD" w:themeColor="accent1"/>
      <w:spacing w:val="15"/>
      <w:sz w:val="24"/>
      <w:szCs w:val="24"/>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4" Type="http://schemas.openxmlformats.org/officeDocument/2006/relationships/numbering" Target="numbering.xml" /><Relationship Id="rId1" Type="http://schemas.openxmlformats.org/officeDocument/2006/relationships/settings" Target="settings.xml" /><Relationship Id="rId2" Type="http://schemas.openxmlformats.org/officeDocument/2006/relationships/fontTable" Target="fontTable.xml" /><Relationship Id="rId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2026-09-28T14:26:56Z</dcterms:created>
  <dcterms:modified xsi:type="dcterms:W3CDTF">2026-09-28T14:26:56Z</dcterms:modified>
</cp:coreProperties>
</file>